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103"/>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99" w:type="dxa"/>
          <w:right w:w="99" w:type="dxa"/>
        </w:tblCellMar>
        <w:tblLook w:val="0000" w:firstRow="0" w:lastRow="0" w:firstColumn="0" w:lastColumn="0" w:noHBand="0" w:noVBand="0"/>
      </w:tblPr>
      <w:tblGrid>
        <w:gridCol w:w="720"/>
        <w:gridCol w:w="1240"/>
        <w:gridCol w:w="680"/>
        <w:gridCol w:w="1660"/>
      </w:tblGrid>
      <w:tr w:rsidR="00A23341" w14:paraId="1BEF416E" w14:textId="77777777" w:rsidTr="00A23341">
        <w:trPr>
          <w:trHeight w:val="694"/>
        </w:trPr>
        <w:tc>
          <w:tcPr>
            <w:tcW w:w="720" w:type="dxa"/>
            <w:tcBorders>
              <w:top w:val="single" w:sz="6" w:space="0" w:color="auto"/>
              <w:left w:val="single" w:sz="6" w:space="0" w:color="auto"/>
              <w:bottom w:val="single" w:sz="6" w:space="0" w:color="auto"/>
              <w:right w:val="single" w:sz="6" w:space="0" w:color="auto"/>
            </w:tcBorders>
            <w:tcMar>
              <w:left w:w="40" w:type="dxa"/>
              <w:right w:w="40" w:type="dxa"/>
            </w:tcMar>
            <w:vAlign w:val="center"/>
          </w:tcPr>
          <w:p w14:paraId="52479D9C" w14:textId="77777777" w:rsidR="00A23341" w:rsidRPr="00CB5A3D" w:rsidRDefault="00A23341" w:rsidP="00D8033B">
            <w:pPr>
              <w:spacing w:line="240" w:lineRule="exact"/>
              <w:jc w:val="center"/>
              <w:rPr>
                <w:rFonts w:ascii="游明朝" w:eastAsia="游明朝" w:hAnsi="游明朝"/>
                <w:bCs/>
                <w:sz w:val="20"/>
              </w:rPr>
            </w:pPr>
            <w:proofErr w:type="spellStart"/>
            <w:r w:rsidRPr="00CB5A3D">
              <w:rPr>
                <w:rFonts w:ascii="游明朝" w:eastAsia="游明朝" w:hAnsi="游明朝" w:hint="eastAsia"/>
                <w:bCs/>
                <w:sz w:val="20"/>
              </w:rPr>
              <w:t>受付日</w:t>
            </w:r>
            <w:proofErr w:type="spellEnd"/>
          </w:p>
        </w:tc>
        <w:tc>
          <w:tcPr>
            <w:tcW w:w="1240" w:type="dxa"/>
            <w:tcBorders>
              <w:top w:val="single" w:sz="6" w:space="0" w:color="auto"/>
              <w:left w:val="single" w:sz="6" w:space="0" w:color="auto"/>
              <w:bottom w:val="single" w:sz="6" w:space="0" w:color="auto"/>
              <w:right w:val="single" w:sz="6" w:space="0" w:color="auto"/>
            </w:tcBorders>
          </w:tcPr>
          <w:p w14:paraId="2076441D" w14:textId="77777777" w:rsidR="00A23341" w:rsidRPr="00CB5A3D" w:rsidRDefault="00A23341" w:rsidP="00D8033B">
            <w:pPr>
              <w:ind w:rightChars="385" w:right="731"/>
              <w:rPr>
                <w:rFonts w:ascii="游明朝" w:eastAsia="游明朝" w:hAnsi="游明朝"/>
                <w:b/>
                <w:sz w:val="24"/>
              </w:rPr>
            </w:pPr>
          </w:p>
        </w:tc>
        <w:tc>
          <w:tcPr>
            <w:tcW w:w="680" w:type="dxa"/>
            <w:tcBorders>
              <w:top w:val="single" w:sz="6" w:space="0" w:color="auto"/>
              <w:left w:val="single" w:sz="6" w:space="0" w:color="auto"/>
              <w:bottom w:val="single" w:sz="6" w:space="0" w:color="auto"/>
              <w:right w:val="single" w:sz="6" w:space="0" w:color="auto"/>
            </w:tcBorders>
            <w:vAlign w:val="center"/>
          </w:tcPr>
          <w:p w14:paraId="741FC939" w14:textId="77777777" w:rsidR="00A23341" w:rsidRPr="00CB5A3D" w:rsidRDefault="00A23341" w:rsidP="00D8033B">
            <w:pPr>
              <w:spacing w:line="240" w:lineRule="exact"/>
              <w:jc w:val="center"/>
              <w:rPr>
                <w:rFonts w:ascii="游明朝" w:eastAsia="游明朝" w:hAnsi="游明朝"/>
                <w:bCs/>
                <w:sz w:val="20"/>
              </w:rPr>
            </w:pPr>
            <w:proofErr w:type="spellStart"/>
            <w:r w:rsidRPr="00CB5A3D">
              <w:rPr>
                <w:rFonts w:ascii="游明朝" w:eastAsia="游明朝" w:hAnsi="游明朝" w:hint="eastAsia"/>
                <w:bCs/>
                <w:sz w:val="20"/>
              </w:rPr>
              <w:t>受付番号</w:t>
            </w:r>
            <w:proofErr w:type="spellEnd"/>
          </w:p>
        </w:tc>
        <w:tc>
          <w:tcPr>
            <w:tcW w:w="1660" w:type="dxa"/>
            <w:tcBorders>
              <w:top w:val="single" w:sz="6" w:space="0" w:color="auto"/>
              <w:left w:val="single" w:sz="6" w:space="0" w:color="auto"/>
              <w:bottom w:val="single" w:sz="6" w:space="0" w:color="auto"/>
              <w:right w:val="single" w:sz="6" w:space="0" w:color="auto"/>
            </w:tcBorders>
          </w:tcPr>
          <w:p w14:paraId="64F4BC78" w14:textId="738001AD" w:rsidR="00A23341" w:rsidRDefault="00A23341" w:rsidP="00D8033B">
            <w:pPr>
              <w:spacing w:line="200" w:lineRule="exact"/>
              <w:ind w:rightChars="100" w:right="190"/>
              <w:rPr>
                <w:b/>
                <w:w w:val="150"/>
                <w:sz w:val="18"/>
              </w:rPr>
            </w:pPr>
          </w:p>
        </w:tc>
      </w:tr>
    </w:tbl>
    <w:p w14:paraId="2C34A233" w14:textId="77777777" w:rsidR="00A23341" w:rsidRDefault="00A23341" w:rsidP="00A23341">
      <w:pPr>
        <w:rPr>
          <w:rFonts w:eastAsiaTheme="minorEastAsia" w:hint="eastAsia"/>
          <w:b/>
          <w:sz w:val="24"/>
          <w:lang w:eastAsia="ja-JP"/>
        </w:rPr>
      </w:pPr>
    </w:p>
    <w:p w14:paraId="7136E918" w14:textId="77777777" w:rsidR="00A23341" w:rsidRDefault="00A23341" w:rsidP="00CD3EDC">
      <w:pPr>
        <w:spacing w:line="360" w:lineRule="auto"/>
        <w:ind w:firstLineChars="74" w:firstLine="178"/>
        <w:rPr>
          <w:rFonts w:eastAsiaTheme="minorEastAsia" w:hint="eastAsia"/>
          <w:b/>
          <w:sz w:val="24"/>
          <w:lang w:eastAsia="ja-JP"/>
        </w:rPr>
      </w:pPr>
    </w:p>
    <w:p w14:paraId="0756298A" w14:textId="0287026B" w:rsidR="00C4502A" w:rsidRPr="00DB26BB" w:rsidRDefault="00CD3EDC" w:rsidP="00C4502A">
      <w:pPr>
        <w:spacing w:line="360" w:lineRule="auto"/>
        <w:ind w:firstLineChars="74" w:firstLine="178"/>
        <w:rPr>
          <w:rFonts w:ascii="游明朝" w:eastAsia="游明朝" w:hAnsi="游明朝" w:cs="ＭＳ 明朝"/>
          <w:b/>
          <w:noProof/>
          <w:sz w:val="24"/>
          <w:lang w:eastAsia="ja-JP"/>
        </w:rPr>
      </w:pPr>
      <w:r w:rsidRPr="00DB26BB">
        <w:rPr>
          <w:rFonts w:ascii="游明朝" w:eastAsia="游明朝" w:hAnsi="游明朝"/>
          <w:b/>
          <w:sz w:val="24"/>
          <w:lang w:eastAsia="ja-JP"/>
        </w:rPr>
        <w:t xml:space="preserve">  </w:t>
      </w:r>
      <w:r w:rsidR="00657DB7" w:rsidRPr="00DB26BB">
        <w:rPr>
          <w:rFonts w:ascii="游明朝" w:eastAsia="游明朝" w:hAnsi="游明朝" w:cs="ＭＳ 明朝" w:hint="eastAsia"/>
          <w:b/>
          <w:noProof/>
          <w:sz w:val="24"/>
          <w:lang w:eastAsia="ja-JP"/>
        </w:rPr>
        <w:t>地域共創「子供の未来・教育応援」</w:t>
      </w:r>
      <w:r w:rsidR="004D61B9" w:rsidRPr="00DB26BB">
        <w:rPr>
          <w:rFonts w:ascii="游明朝" w:eastAsia="游明朝" w:hAnsi="游明朝" w:hint="eastAsia"/>
          <w:b/>
          <w:sz w:val="24"/>
          <w:lang w:eastAsia="ja-JP"/>
        </w:rPr>
        <w:t>公益信託</w:t>
      </w:r>
    </w:p>
    <w:p w14:paraId="733954FB" w14:textId="415DAB70" w:rsidR="00CD3EDC" w:rsidRPr="00584666" w:rsidRDefault="00382B48" w:rsidP="00C4502A">
      <w:pPr>
        <w:spacing w:line="360" w:lineRule="auto"/>
        <w:ind w:firstLineChars="74" w:firstLine="178"/>
        <w:jc w:val="center"/>
        <w:rPr>
          <w:rFonts w:ascii="游明朝" w:eastAsia="游明朝" w:hAnsi="游明朝"/>
          <w:b/>
          <w:w w:val="150"/>
          <w:sz w:val="24"/>
          <w:u w:val="single"/>
          <w:lang w:eastAsia="ja-JP"/>
        </w:rPr>
      </w:pPr>
      <w:r w:rsidRPr="00584666">
        <w:rPr>
          <w:rFonts w:ascii="游明朝" w:eastAsia="游明朝" w:hAnsi="游明朝" w:cs="ＭＳ 明朝"/>
          <w:b/>
          <w:sz w:val="24"/>
          <w:u w:val="single"/>
          <w:lang w:eastAsia="ja-JP"/>
        </w:rPr>
        <w:t>埼玉県これからの公立学校応援基金</w:t>
      </w:r>
      <w:r w:rsidRPr="00584666">
        <w:rPr>
          <w:rFonts w:ascii="游明朝" w:eastAsia="游明朝" w:hAnsi="游明朝" w:cs="ＭＳ 明朝" w:hint="eastAsia"/>
          <w:b/>
          <w:sz w:val="24"/>
          <w:u w:val="single"/>
          <w:lang w:eastAsia="ja-JP"/>
        </w:rPr>
        <w:t xml:space="preserve">　</w:t>
      </w:r>
      <w:r w:rsidR="00CD3EDC" w:rsidRPr="00584666">
        <w:rPr>
          <w:rFonts w:ascii="游明朝" w:eastAsia="游明朝" w:hAnsi="游明朝" w:cs="ＭＳ 明朝"/>
          <w:b/>
          <w:sz w:val="24"/>
          <w:u w:val="single"/>
          <w:lang w:eastAsia="ja-JP"/>
        </w:rPr>
        <w:t>助成金申請書</w:t>
      </w:r>
    </w:p>
    <w:p w14:paraId="2E531DBB" w14:textId="77777777" w:rsidR="00382B48" w:rsidRPr="00584666" w:rsidRDefault="00CD3EDC" w:rsidP="00382B48">
      <w:pPr>
        <w:ind w:right="-748" w:firstLineChars="81" w:firstLine="170"/>
        <w:rPr>
          <w:rFonts w:ascii="游明朝" w:eastAsia="游明朝" w:hAnsi="游明朝"/>
          <w:sz w:val="21"/>
          <w:szCs w:val="21"/>
          <w:lang w:eastAsia="ja-JP"/>
        </w:rPr>
      </w:pPr>
      <w:r w:rsidRPr="00584666">
        <w:rPr>
          <w:rFonts w:ascii="游明朝" w:eastAsia="游明朝" w:hAnsi="游明朝" w:hint="eastAsia"/>
          <w:sz w:val="21"/>
          <w:szCs w:val="21"/>
          <w:lang w:eastAsia="ja-JP"/>
        </w:rPr>
        <w:t>受託者</w:t>
      </w:r>
      <w:r w:rsidRPr="00584666">
        <w:rPr>
          <w:rFonts w:ascii="游明朝" w:eastAsia="游明朝" w:hAnsi="游明朝"/>
          <w:sz w:val="21"/>
          <w:szCs w:val="21"/>
          <w:lang w:eastAsia="ja-JP"/>
        </w:rPr>
        <w:t xml:space="preserve">  </w:t>
      </w:r>
      <w:r w:rsidR="00657DB7" w:rsidRPr="00584666">
        <w:rPr>
          <w:rFonts w:ascii="游明朝" w:eastAsia="游明朝" w:hAnsi="游明朝" w:cs="ＭＳ 明朝" w:hint="eastAsia"/>
          <w:sz w:val="21"/>
          <w:szCs w:val="21"/>
          <w:lang w:eastAsia="ja-JP"/>
        </w:rPr>
        <w:t>コモンズジャパン株式会社</w:t>
      </w:r>
      <w:r w:rsidRPr="00584666">
        <w:rPr>
          <w:rFonts w:ascii="游明朝" w:eastAsia="游明朝" w:hAnsi="游明朝"/>
          <w:sz w:val="21"/>
          <w:szCs w:val="21"/>
          <w:lang w:eastAsia="ja-JP"/>
        </w:rPr>
        <w:t xml:space="preserve">  </w:t>
      </w:r>
      <w:r w:rsidRPr="00584666">
        <w:rPr>
          <w:rFonts w:ascii="游明朝" w:eastAsia="游明朝" w:hAnsi="游明朝" w:hint="eastAsia"/>
          <w:sz w:val="21"/>
          <w:szCs w:val="21"/>
          <w:lang w:eastAsia="ja-JP"/>
        </w:rPr>
        <w:t>御中</w:t>
      </w:r>
    </w:p>
    <w:p w14:paraId="75E6B381" w14:textId="19CD7ED8" w:rsidR="00657DB7" w:rsidRPr="00584666" w:rsidRDefault="00657DB7" w:rsidP="00382B48">
      <w:pPr>
        <w:ind w:right="-748" w:firstLineChars="381" w:firstLine="800"/>
        <w:rPr>
          <w:rFonts w:ascii="游明朝" w:eastAsia="游明朝" w:hAnsi="游明朝"/>
          <w:sz w:val="21"/>
          <w:szCs w:val="21"/>
          <w:lang w:eastAsia="ja-JP"/>
        </w:rPr>
      </w:pPr>
      <w:r w:rsidRPr="00584666">
        <w:rPr>
          <w:rFonts w:ascii="游明朝" w:eastAsia="游明朝" w:hAnsi="游明朝"/>
          <w:sz w:val="21"/>
          <w:szCs w:val="21"/>
          <w:lang w:eastAsia="ja-JP"/>
        </w:rPr>
        <w:t xml:space="preserve">  </w:t>
      </w:r>
      <w:r w:rsidRPr="00584666">
        <w:rPr>
          <w:rFonts w:ascii="游明朝" w:eastAsia="游明朝" w:hAnsi="游明朝" w:hint="eastAsia"/>
          <w:sz w:val="21"/>
          <w:szCs w:val="21"/>
          <w:lang w:eastAsia="ja-JP"/>
        </w:rPr>
        <w:t>ほがらか信託株式会社</w:t>
      </w:r>
      <w:r w:rsidRPr="00584666">
        <w:rPr>
          <w:rFonts w:ascii="游明朝" w:eastAsia="游明朝" w:hAnsi="游明朝"/>
          <w:sz w:val="21"/>
          <w:szCs w:val="21"/>
          <w:lang w:eastAsia="ja-JP"/>
        </w:rPr>
        <w:t xml:space="preserve">  御中</w:t>
      </w:r>
    </w:p>
    <w:p w14:paraId="61444CFA" w14:textId="77777777" w:rsidR="00C4502A" w:rsidRPr="00584666" w:rsidRDefault="00CD3EDC" w:rsidP="00A23341">
      <w:pPr>
        <w:spacing w:line="220" w:lineRule="exact"/>
        <w:ind w:leftChars="85" w:left="161" w:right="-267"/>
        <w:rPr>
          <w:rFonts w:ascii="游明朝" w:eastAsia="游明朝" w:hAnsi="游明朝"/>
          <w:sz w:val="21"/>
          <w:szCs w:val="21"/>
          <w:lang w:eastAsia="ja-JP"/>
        </w:rPr>
      </w:pPr>
      <w:r w:rsidRPr="00584666">
        <w:rPr>
          <w:rFonts w:ascii="游明朝" w:eastAsia="游明朝" w:hAnsi="游明朝" w:hint="eastAsia"/>
          <w:sz w:val="21"/>
          <w:szCs w:val="21"/>
          <w:lang w:eastAsia="ja-JP"/>
        </w:rPr>
        <w:t>掲題公益信託による</w:t>
      </w:r>
      <w:r w:rsidR="00A23341" w:rsidRPr="00584666">
        <w:rPr>
          <w:rFonts w:ascii="游明朝" w:eastAsia="游明朝" w:hAnsi="游明朝" w:hint="eastAsia"/>
          <w:sz w:val="21"/>
          <w:szCs w:val="21"/>
          <w:lang w:eastAsia="ja-JP"/>
        </w:rPr>
        <w:t>助成</w:t>
      </w:r>
      <w:r w:rsidRPr="00584666">
        <w:rPr>
          <w:rFonts w:ascii="游明朝" w:eastAsia="游明朝" w:hAnsi="游明朝" w:hint="eastAsia"/>
          <w:sz w:val="21"/>
          <w:szCs w:val="21"/>
          <w:lang w:eastAsia="ja-JP"/>
        </w:rPr>
        <w:t>金の給付を受けたく、下記のとおり申請します。</w:t>
      </w:r>
    </w:p>
    <w:p w14:paraId="48810289" w14:textId="669E4830" w:rsidR="00A23341" w:rsidRPr="00584666" w:rsidRDefault="00A23341" w:rsidP="00A23341">
      <w:pPr>
        <w:spacing w:line="220" w:lineRule="exact"/>
        <w:ind w:leftChars="85" w:left="161" w:right="-267"/>
        <w:rPr>
          <w:rFonts w:ascii="游明朝" w:eastAsia="游明朝" w:hAnsi="游明朝"/>
          <w:sz w:val="21"/>
          <w:szCs w:val="21"/>
          <w:lang w:eastAsia="ja-JP"/>
        </w:rPr>
      </w:pPr>
      <w:r w:rsidRPr="00584666">
        <w:rPr>
          <w:rFonts w:ascii="游明朝" w:eastAsia="游明朝" w:hAnsi="游明朝" w:hint="eastAsia"/>
          <w:sz w:val="21"/>
          <w:szCs w:val="21"/>
          <w:lang w:eastAsia="ja-JP"/>
        </w:rPr>
        <w:t>なお、この書類記載の氏名・住所等の情報(個人情報を含みます)について、運営委員会等への提供に加えて信託管理人や主務官庁等に開示することに同意します。また、以下の記載事項に相違ありません。万一記載事項に事実と相違することがありました場合は、助成金の受給者の資格を取り消されても異存ありません。</w:t>
      </w:r>
    </w:p>
    <w:p w14:paraId="43F887D9" w14:textId="184B158B" w:rsidR="00A23341" w:rsidRPr="00584666" w:rsidRDefault="00A23341" w:rsidP="00A23341">
      <w:pPr>
        <w:spacing w:line="220" w:lineRule="exact"/>
        <w:ind w:leftChars="85" w:left="161" w:right="-267"/>
        <w:rPr>
          <w:rFonts w:ascii="游明朝" w:eastAsia="游明朝" w:hAnsi="游明朝"/>
          <w:sz w:val="21"/>
          <w:szCs w:val="21"/>
          <w:lang w:eastAsia="ja-JP"/>
        </w:rPr>
      </w:pPr>
      <w:r w:rsidRPr="00584666">
        <w:rPr>
          <w:rFonts w:ascii="游明朝" w:eastAsia="游明朝" w:hAnsi="游明朝" w:hint="eastAsia"/>
          <w:sz w:val="21"/>
          <w:szCs w:val="21"/>
          <w:lang w:eastAsia="ja-JP"/>
        </w:rPr>
        <w:t>私（法人の場合は、当該法人の役員等を含みます。）は、後段に記載の「反社会的勢力ではないことの表明･確約に関する同意」に記載の内容を了承します。</w:t>
      </w:r>
    </w:p>
    <w:p w14:paraId="6042AC7F" w14:textId="38D85226" w:rsidR="00CD3EDC" w:rsidRPr="00584666" w:rsidRDefault="00657DB7" w:rsidP="00CD3EDC">
      <w:pPr>
        <w:spacing w:line="240" w:lineRule="exact"/>
        <w:ind w:right="-410" w:firstLineChars="85" w:firstLine="178"/>
        <w:jc w:val="right"/>
        <w:rPr>
          <w:rFonts w:ascii="游明朝" w:eastAsia="游明朝" w:hAnsi="游明朝"/>
          <w:sz w:val="21"/>
          <w:szCs w:val="21"/>
        </w:rPr>
      </w:pPr>
      <w:r w:rsidRPr="00584666">
        <w:rPr>
          <w:rFonts w:ascii="游明朝" w:eastAsia="游明朝" w:hAnsi="游明朝" w:hint="eastAsia"/>
          <w:sz w:val="21"/>
          <w:szCs w:val="21"/>
          <w:lang w:eastAsia="ja-JP"/>
        </w:rPr>
        <w:t>2026</w:t>
      </w:r>
      <w:r w:rsidR="00CD3EDC" w:rsidRPr="00584666">
        <w:rPr>
          <w:rFonts w:ascii="游明朝" w:eastAsia="游明朝" w:hAnsi="游明朝" w:hint="eastAsia"/>
          <w:sz w:val="21"/>
          <w:szCs w:val="21"/>
        </w:rPr>
        <w:t xml:space="preserve">年 </w:t>
      </w:r>
      <w:r w:rsidR="00CD3EDC" w:rsidRPr="00584666">
        <w:rPr>
          <w:rFonts w:ascii="游明朝" w:eastAsia="游明朝" w:hAnsi="游明朝"/>
          <w:sz w:val="21"/>
          <w:szCs w:val="21"/>
        </w:rPr>
        <w:t xml:space="preserve">   </w:t>
      </w:r>
      <w:r w:rsidR="00CD3EDC" w:rsidRPr="00584666">
        <w:rPr>
          <w:rFonts w:ascii="游明朝" w:eastAsia="游明朝" w:hAnsi="游明朝" w:hint="eastAsia"/>
          <w:sz w:val="21"/>
          <w:szCs w:val="21"/>
        </w:rPr>
        <w:t xml:space="preserve">月 </w:t>
      </w:r>
      <w:r w:rsidR="00CD3EDC" w:rsidRPr="00584666">
        <w:rPr>
          <w:rFonts w:ascii="游明朝" w:eastAsia="游明朝" w:hAnsi="游明朝"/>
          <w:sz w:val="21"/>
          <w:szCs w:val="21"/>
        </w:rPr>
        <w:t xml:space="preserve">   </w:t>
      </w:r>
      <w:r w:rsidR="00CD3EDC" w:rsidRPr="00584666">
        <w:rPr>
          <w:rFonts w:ascii="游明朝" w:eastAsia="游明朝" w:hAnsi="游明朝" w:hint="eastAsia"/>
          <w:sz w:val="21"/>
          <w:szCs w:val="21"/>
        </w:rPr>
        <w:t>日</w:t>
      </w:r>
    </w:p>
    <w:tbl>
      <w:tblPr>
        <w:tblW w:w="10652" w:type="dxa"/>
        <w:tblInd w:w="1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64"/>
        <w:gridCol w:w="1216"/>
        <w:gridCol w:w="9072"/>
      </w:tblGrid>
      <w:tr w:rsidR="00CD3EDC" w:rsidRPr="00584666" w14:paraId="12180B38" w14:textId="77777777" w:rsidTr="00CD3EDC">
        <w:trPr>
          <w:cantSplit/>
          <w:trHeight w:val="737"/>
        </w:trPr>
        <w:tc>
          <w:tcPr>
            <w:tcW w:w="364" w:type="dxa"/>
            <w:vMerge w:val="restart"/>
            <w:tcBorders>
              <w:top w:val="single" w:sz="6" w:space="0" w:color="auto"/>
              <w:left w:val="single" w:sz="6" w:space="0" w:color="auto"/>
              <w:right w:val="single" w:sz="6" w:space="0" w:color="auto"/>
            </w:tcBorders>
            <w:shd w:val="clear" w:color="auto" w:fill="E6E6E6"/>
            <w:textDirection w:val="tbRlV"/>
            <w:vAlign w:val="bottom"/>
          </w:tcPr>
          <w:p w14:paraId="78E080AA" w14:textId="77777777" w:rsidR="00CD3EDC" w:rsidRPr="00584666" w:rsidRDefault="00CD3EDC" w:rsidP="00AF3D1D">
            <w:pPr>
              <w:snapToGrid w:val="0"/>
              <w:ind w:left="113" w:right="113"/>
              <w:jc w:val="center"/>
              <w:rPr>
                <w:rFonts w:ascii="游明朝" w:eastAsia="游明朝" w:hAnsi="游明朝"/>
                <w:spacing w:val="1"/>
                <w:w w:val="81"/>
                <w:sz w:val="22"/>
              </w:rPr>
            </w:pPr>
            <w:proofErr w:type="spellStart"/>
            <w:r w:rsidRPr="00584666">
              <w:rPr>
                <w:rFonts w:ascii="游明朝" w:eastAsia="游明朝" w:hAnsi="游明朝" w:hint="eastAsia"/>
                <w:spacing w:val="165"/>
                <w:sz w:val="22"/>
                <w:fitText w:val="990" w:id="-383689215"/>
              </w:rPr>
              <w:t>申請</w:t>
            </w:r>
            <w:r w:rsidRPr="00584666">
              <w:rPr>
                <w:rFonts w:ascii="游明朝" w:eastAsia="游明朝" w:hAnsi="游明朝" w:hint="eastAsia"/>
                <w:sz w:val="22"/>
                <w:fitText w:val="990" w:id="-383689215"/>
              </w:rPr>
              <w:t>者</w:t>
            </w:r>
            <w:proofErr w:type="spellEnd"/>
          </w:p>
        </w:tc>
        <w:tc>
          <w:tcPr>
            <w:tcW w:w="1216" w:type="dxa"/>
            <w:tcBorders>
              <w:top w:val="single" w:sz="6" w:space="0" w:color="auto"/>
              <w:left w:val="single" w:sz="6" w:space="0" w:color="auto"/>
              <w:bottom w:val="single" w:sz="6" w:space="0" w:color="auto"/>
              <w:right w:val="single" w:sz="6" w:space="0" w:color="auto"/>
            </w:tcBorders>
            <w:shd w:val="clear" w:color="auto" w:fill="E6E6E6"/>
            <w:vAlign w:val="center"/>
          </w:tcPr>
          <w:p w14:paraId="3A9C57F2" w14:textId="77777777" w:rsidR="00CD3EDC" w:rsidRPr="00584666" w:rsidRDefault="00CD3EDC" w:rsidP="00AF3D1D">
            <w:pPr>
              <w:jc w:val="distribute"/>
              <w:rPr>
                <w:rFonts w:ascii="游明朝" w:eastAsia="游明朝" w:hAnsi="游明朝"/>
                <w:sz w:val="22"/>
                <w:lang w:eastAsia="ja-JP"/>
              </w:rPr>
            </w:pPr>
            <w:r w:rsidRPr="00584666">
              <w:rPr>
                <w:rFonts w:ascii="游明朝" w:eastAsia="游明朝" w:hAnsi="游明朝" w:hint="eastAsia"/>
                <w:sz w:val="22"/>
              </w:rPr>
              <w:t>氏</w:t>
            </w:r>
            <w:r w:rsidRPr="00584666">
              <w:rPr>
                <w:rFonts w:ascii="游明朝" w:eastAsia="游明朝" w:hAnsi="游明朝"/>
                <w:sz w:val="22"/>
              </w:rPr>
              <w:t xml:space="preserve">  </w:t>
            </w:r>
            <w:r w:rsidRPr="00584666">
              <w:rPr>
                <w:rFonts w:ascii="游明朝" w:eastAsia="游明朝" w:hAnsi="游明朝" w:hint="eastAsia"/>
                <w:sz w:val="22"/>
              </w:rPr>
              <w:t>名</w:t>
            </w:r>
          </w:p>
          <w:p w14:paraId="57B4F59D" w14:textId="5E969601" w:rsidR="00CD3EDC" w:rsidRPr="00584666" w:rsidRDefault="00CD3EDC" w:rsidP="00AF3D1D">
            <w:pPr>
              <w:jc w:val="distribute"/>
              <w:rPr>
                <w:rFonts w:ascii="游明朝" w:eastAsia="游明朝" w:hAnsi="游明朝"/>
                <w:sz w:val="22"/>
                <w:lang w:eastAsia="ja-JP"/>
              </w:rPr>
            </w:pPr>
            <w:r w:rsidRPr="00584666">
              <w:rPr>
                <w:rFonts w:ascii="游明朝" w:eastAsia="游明朝" w:hAnsi="游明朝" w:hint="eastAsia"/>
                <w:sz w:val="22"/>
                <w:lang w:eastAsia="ja-JP"/>
              </w:rPr>
              <w:t>代表者</w:t>
            </w:r>
          </w:p>
        </w:tc>
        <w:tc>
          <w:tcPr>
            <w:tcW w:w="9072" w:type="dxa"/>
            <w:tcBorders>
              <w:top w:val="single" w:sz="6" w:space="0" w:color="auto"/>
              <w:left w:val="single" w:sz="6" w:space="0" w:color="auto"/>
              <w:bottom w:val="single" w:sz="6" w:space="0" w:color="auto"/>
              <w:right w:val="single" w:sz="6" w:space="0" w:color="auto"/>
            </w:tcBorders>
          </w:tcPr>
          <w:p w14:paraId="5912E4D9" w14:textId="44E24627" w:rsidR="00C4502A" w:rsidRPr="00584666" w:rsidRDefault="00657DB7" w:rsidP="00AF3D1D">
            <w:pPr>
              <w:spacing w:line="240" w:lineRule="exact"/>
              <w:rPr>
                <w:rFonts w:ascii="游明朝" w:eastAsia="游明朝" w:hAnsi="游明朝"/>
                <w:w w:val="80"/>
                <w:sz w:val="32"/>
                <w:szCs w:val="32"/>
                <w:lang w:eastAsia="ja-JP"/>
              </w:rPr>
            </w:pPr>
            <w:r w:rsidRPr="00584666">
              <w:rPr>
                <w:rFonts w:ascii="游明朝" w:eastAsia="游明朝" w:hAnsi="游明朝" w:hint="eastAsia"/>
                <w:noProof/>
              </w:rPr>
              <mc:AlternateContent>
                <mc:Choice Requires="wps">
                  <w:drawing>
                    <wp:anchor distT="0" distB="0" distL="114300" distR="114300" simplePos="0" relativeHeight="251659264" behindDoc="0" locked="0" layoutInCell="1" allowOverlap="1" wp14:anchorId="04AD5309" wp14:editId="67E7256E">
                      <wp:simplePos x="0" y="0"/>
                      <wp:positionH relativeFrom="column">
                        <wp:posOffset>4692650</wp:posOffset>
                      </wp:positionH>
                      <wp:positionV relativeFrom="paragraph">
                        <wp:posOffset>95250</wp:posOffset>
                      </wp:positionV>
                      <wp:extent cx="771525" cy="714375"/>
                      <wp:effectExtent l="57150" t="19050" r="66675" b="104775"/>
                      <wp:wrapNone/>
                      <wp:docPr id="823671084" name="楕円 2"/>
                      <wp:cNvGraphicFramePr/>
                      <a:graphic xmlns:a="http://schemas.openxmlformats.org/drawingml/2006/main">
                        <a:graphicData uri="http://schemas.microsoft.com/office/word/2010/wordprocessingShape">
                          <wps:wsp>
                            <wps:cNvSpPr/>
                            <wps:spPr>
                              <a:xfrm>
                                <a:off x="0" y="0"/>
                                <a:ext cx="771525" cy="714375"/>
                              </a:xfrm>
                              <a:prstGeom prst="ellipse">
                                <a:avLst/>
                              </a:prstGeom>
                              <a:noFill/>
                              <a:ln>
                                <a:prstDash val="dash"/>
                              </a:ln>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F1E0AB8" id="楕円 2" o:spid="_x0000_s1026" style="position:absolute;margin-left:369.5pt;margin-top:7.5pt;width:60.75pt;height:5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" filled="f" strokecolor="black [3040]">
                      <v:stroke dashstyle="dash"/>
                      <v:shadow on="t" color="black" opacity="22937f" origin=",.5" offset="0,.63889mm"/>
                    </v:oval>
                  </w:pict>
                </mc:Fallback>
              </mc:AlternateContent>
            </w:r>
            <w:r w:rsidR="00CD3EDC" w:rsidRPr="00584666">
              <w:rPr>
                <w:rFonts w:ascii="游明朝" w:eastAsia="游明朝" w:hAnsi="游明朝" w:hint="eastAsia"/>
                <w:w w:val="80"/>
                <w:lang w:eastAsia="ja-JP"/>
              </w:rPr>
              <w:t>（フリガナ）</w:t>
            </w:r>
            <w:r w:rsidR="00C4502A" w:rsidRPr="00584666">
              <w:rPr>
                <w:rFonts w:ascii="游明朝" w:eastAsia="游明朝" w:hAnsi="游明朝" w:hint="eastAsia"/>
                <w:w w:val="80"/>
                <w:lang w:eastAsia="ja-JP"/>
              </w:rPr>
              <w:t xml:space="preserve">  </w:t>
            </w:r>
            <w:r w:rsidR="00C4502A" w:rsidRPr="00584666">
              <w:rPr>
                <w:rFonts w:ascii="游明朝" w:eastAsia="游明朝" w:hAnsi="游明朝" w:hint="eastAsia"/>
                <w:w w:val="80"/>
                <w:sz w:val="32"/>
                <w:szCs w:val="32"/>
                <w:lang w:eastAsia="ja-JP"/>
              </w:rPr>
              <w:t xml:space="preserve"> </w:t>
            </w:r>
          </w:p>
          <w:p w14:paraId="15FC38EA" w14:textId="157F8B62" w:rsidR="00657DB7" w:rsidRPr="00584666" w:rsidRDefault="00C4502A" w:rsidP="00C4502A">
            <w:pPr>
              <w:spacing w:line="240" w:lineRule="exact"/>
              <w:ind w:firstLineChars="200" w:firstLine="384"/>
              <w:rPr>
                <w:rFonts w:ascii="游明朝" w:eastAsia="游明朝" w:hAnsi="游明朝"/>
                <w:w w:val="80"/>
                <w:sz w:val="24"/>
                <w:szCs w:val="24"/>
                <w:lang w:eastAsia="ja-JP"/>
              </w:rPr>
            </w:pPr>
            <w:r w:rsidRPr="00584666">
              <w:rPr>
                <w:rFonts w:ascii="游明朝" w:eastAsia="游明朝" w:hAnsi="游明朝" w:hint="eastAsia"/>
                <w:w w:val="80"/>
                <w:sz w:val="24"/>
                <w:szCs w:val="24"/>
                <w:lang w:eastAsia="ja-JP"/>
              </w:rPr>
              <w:t>〇〇〇〇教育委員会</w:t>
            </w:r>
          </w:p>
          <w:p w14:paraId="093D735E" w14:textId="77777777" w:rsidR="00C4502A" w:rsidRPr="00584666" w:rsidRDefault="00C4502A" w:rsidP="00C4502A">
            <w:pPr>
              <w:spacing w:line="240" w:lineRule="exact"/>
              <w:ind w:left="8830" w:hangingChars="4600" w:hanging="8830"/>
              <w:rPr>
                <w:rFonts w:ascii="游明朝" w:eastAsia="游明朝" w:hAnsi="游明朝"/>
                <w:sz w:val="22"/>
                <w:lang w:eastAsia="zh-TW"/>
              </w:rPr>
            </w:pPr>
            <w:r w:rsidRPr="00584666">
              <w:rPr>
                <w:rFonts w:ascii="游明朝" w:eastAsia="游明朝" w:hAnsi="游明朝" w:hint="eastAsia"/>
                <w:w w:val="80"/>
                <w:sz w:val="24"/>
                <w:szCs w:val="24"/>
                <w:lang w:eastAsia="ja-JP"/>
              </w:rPr>
              <w:t xml:space="preserve">　　</w:t>
            </w:r>
            <w:r w:rsidRPr="00584666">
              <w:rPr>
                <w:rFonts w:ascii="游明朝" w:eastAsia="游明朝" w:hAnsi="游明朝" w:hint="eastAsia"/>
                <w:w w:val="80"/>
                <w:sz w:val="24"/>
                <w:szCs w:val="24"/>
                <w:lang w:eastAsia="zh-TW"/>
              </w:rPr>
              <w:t>教育長　　〇〇〇〇</w:t>
            </w:r>
            <w:r w:rsidR="00657DB7" w:rsidRPr="00584666">
              <w:rPr>
                <w:rFonts w:ascii="游明朝" w:eastAsia="游明朝" w:hAnsi="游明朝" w:hint="eastAsia"/>
                <w:sz w:val="24"/>
                <w:szCs w:val="24"/>
                <w:lang w:eastAsia="zh-TW"/>
              </w:rPr>
              <w:t xml:space="preserve">　</w:t>
            </w:r>
            <w:r w:rsidR="00657DB7" w:rsidRPr="00584666">
              <w:rPr>
                <w:rFonts w:ascii="游明朝" w:eastAsia="游明朝" w:hAnsi="游明朝" w:hint="eastAsia"/>
                <w:sz w:val="32"/>
                <w:szCs w:val="32"/>
                <w:lang w:eastAsia="zh-TW"/>
              </w:rPr>
              <w:t xml:space="preserve">　</w:t>
            </w:r>
            <w:r w:rsidR="00657DB7" w:rsidRPr="00584666">
              <w:rPr>
                <w:rFonts w:ascii="游明朝" w:eastAsia="游明朝" w:hAnsi="游明朝" w:hint="eastAsia"/>
                <w:sz w:val="22"/>
                <w:lang w:eastAsia="zh-TW"/>
              </w:rPr>
              <w:t xml:space="preserve">　　　　　　　　　　　　　　　　　　　　　　　　　　　　　　　　　</w:t>
            </w:r>
          </w:p>
          <w:p w14:paraId="543F6B9D" w14:textId="25354FA7" w:rsidR="00657DB7" w:rsidRPr="00584666" w:rsidRDefault="00657DB7" w:rsidP="00382B48">
            <w:pPr>
              <w:spacing w:line="240" w:lineRule="exact"/>
              <w:ind w:firstLineChars="3450" w:firstLine="7590"/>
              <w:rPr>
                <w:rFonts w:ascii="游明朝" w:eastAsia="游明朝" w:hAnsi="游明朝"/>
                <w:sz w:val="22"/>
                <w:lang w:eastAsia="ja-JP"/>
              </w:rPr>
            </w:pPr>
            <w:r w:rsidRPr="00584666">
              <w:rPr>
                <w:rFonts w:ascii="游明朝" w:eastAsia="游明朝" w:hAnsi="游明朝" w:hint="eastAsia"/>
                <w:sz w:val="22"/>
                <w:lang w:eastAsia="ja-JP"/>
              </w:rPr>
              <w:t>代表者印</w:t>
            </w:r>
          </w:p>
        </w:tc>
      </w:tr>
      <w:tr w:rsidR="00CD3EDC" w:rsidRPr="00584666" w14:paraId="610D63F8" w14:textId="77777777" w:rsidTr="00CD3EDC">
        <w:trPr>
          <w:cantSplit/>
          <w:trHeight w:val="435"/>
        </w:trPr>
        <w:tc>
          <w:tcPr>
            <w:tcW w:w="364" w:type="dxa"/>
            <w:vMerge/>
            <w:tcBorders>
              <w:left w:val="single" w:sz="6" w:space="0" w:color="auto"/>
              <w:right w:val="single" w:sz="6" w:space="0" w:color="auto"/>
            </w:tcBorders>
            <w:shd w:val="clear" w:color="auto" w:fill="E6E6E6"/>
          </w:tcPr>
          <w:p w14:paraId="3F732B33" w14:textId="77777777" w:rsidR="00CD3EDC" w:rsidRPr="00584666" w:rsidRDefault="00CD3EDC" w:rsidP="00AF3D1D">
            <w:pPr>
              <w:snapToGrid w:val="0"/>
              <w:ind w:left="113" w:right="113"/>
              <w:jc w:val="center"/>
              <w:rPr>
                <w:rFonts w:ascii="游明朝" w:eastAsia="游明朝" w:hAnsi="游明朝"/>
                <w:spacing w:val="1"/>
                <w:w w:val="81"/>
                <w:sz w:val="22"/>
                <w:lang w:eastAsia="ja-JP"/>
              </w:rPr>
            </w:pPr>
          </w:p>
        </w:tc>
        <w:tc>
          <w:tcPr>
            <w:tcW w:w="1216" w:type="dxa"/>
            <w:tcBorders>
              <w:top w:val="single" w:sz="6" w:space="0" w:color="auto"/>
              <w:left w:val="single" w:sz="6" w:space="0" w:color="auto"/>
              <w:right w:val="single" w:sz="6" w:space="0" w:color="auto"/>
            </w:tcBorders>
            <w:shd w:val="clear" w:color="auto" w:fill="E6E6E6"/>
            <w:vAlign w:val="center"/>
          </w:tcPr>
          <w:p w14:paraId="404D24C9" w14:textId="77777777" w:rsidR="00CD3EDC" w:rsidRPr="00584666" w:rsidRDefault="00CD3EDC" w:rsidP="00AF3D1D">
            <w:pPr>
              <w:jc w:val="distribute"/>
              <w:rPr>
                <w:rFonts w:ascii="游明朝" w:eastAsia="游明朝" w:hAnsi="游明朝"/>
                <w:sz w:val="22"/>
              </w:rPr>
            </w:pPr>
            <w:proofErr w:type="spellStart"/>
            <w:r w:rsidRPr="00584666">
              <w:rPr>
                <w:rFonts w:ascii="游明朝" w:eastAsia="游明朝" w:hAnsi="游明朝" w:hint="eastAsia"/>
                <w:sz w:val="22"/>
              </w:rPr>
              <w:t>住所</w:t>
            </w:r>
            <w:proofErr w:type="spellEnd"/>
          </w:p>
        </w:tc>
        <w:tc>
          <w:tcPr>
            <w:tcW w:w="9072" w:type="dxa"/>
            <w:tcBorders>
              <w:top w:val="single" w:sz="6" w:space="0" w:color="auto"/>
              <w:left w:val="single" w:sz="6" w:space="0" w:color="auto"/>
              <w:right w:val="single" w:sz="6" w:space="0" w:color="auto"/>
            </w:tcBorders>
          </w:tcPr>
          <w:p w14:paraId="6A890404" w14:textId="77777777" w:rsidR="00CD3EDC" w:rsidRPr="00584666" w:rsidRDefault="00CD3EDC" w:rsidP="00AF3D1D">
            <w:pPr>
              <w:snapToGrid w:val="0"/>
              <w:spacing w:line="240" w:lineRule="exact"/>
              <w:rPr>
                <w:rFonts w:ascii="游明朝" w:eastAsia="游明朝" w:hAnsi="游明朝"/>
                <w:sz w:val="22"/>
              </w:rPr>
            </w:pPr>
            <w:r w:rsidRPr="00584666">
              <w:rPr>
                <w:rFonts w:ascii="游明朝" w:eastAsia="游明朝" w:hAnsi="游明朝" w:hint="eastAsia"/>
                <w:sz w:val="22"/>
              </w:rPr>
              <w:t>〒</w:t>
            </w:r>
          </w:p>
        </w:tc>
      </w:tr>
    </w:tbl>
    <w:p w14:paraId="60CFC0EE" w14:textId="77777777" w:rsidR="003F381E" w:rsidRPr="00584666" w:rsidRDefault="003F381E">
      <w:pPr>
        <w:jc w:val="center"/>
        <w:rPr>
          <w:rFonts w:ascii="游明朝" w:eastAsia="游明朝" w:hAnsi="游明朝"/>
          <w:lang w:eastAsia="ja-JP"/>
        </w:rPr>
      </w:pPr>
    </w:p>
    <w:tbl>
      <w:tblPr>
        <w:tblStyle w:val="afe"/>
        <w:tblW w:w="0" w:type="auto"/>
        <w:tblLook w:val="04A0" w:firstRow="1" w:lastRow="0" w:firstColumn="1" w:lastColumn="0" w:noHBand="0" w:noVBand="1"/>
      </w:tblPr>
      <w:tblGrid>
        <w:gridCol w:w="10302"/>
      </w:tblGrid>
      <w:tr w:rsidR="00830924" w:rsidRPr="00584666" w14:paraId="67042F72" w14:textId="77777777">
        <w:tc>
          <w:tcPr>
            <w:tcW w:w="10312" w:type="dxa"/>
            <w:shd w:val="clear" w:color="auto" w:fill="FFF8E7"/>
            <w:tcMar>
              <w:top w:w="100" w:type="dxa"/>
              <w:left w:w="120" w:type="dxa"/>
              <w:bottom w:w="100" w:type="dxa"/>
              <w:right w:w="120" w:type="dxa"/>
            </w:tcMar>
            <w:vAlign w:val="center"/>
          </w:tcPr>
          <w:p w14:paraId="655699C7" w14:textId="77777777" w:rsidR="00830924" w:rsidRPr="00584666" w:rsidRDefault="00000000">
            <w:pPr>
              <w:rPr>
                <w:rFonts w:ascii="游明朝" w:eastAsia="游明朝" w:hAnsi="游明朝"/>
                <w:lang w:eastAsia="ja-JP"/>
              </w:rPr>
            </w:pPr>
            <w:r w:rsidRPr="00584666">
              <w:rPr>
                <w:rFonts w:ascii="游明朝" w:eastAsia="游明朝" w:hAnsi="游明朝"/>
                <w:b/>
                <w:lang w:eastAsia="ja-JP"/>
              </w:rPr>
              <w:t>【記入にあたって】</w:t>
            </w:r>
          </w:p>
          <w:p w14:paraId="46565ECE" w14:textId="77777777" w:rsidR="00830924" w:rsidRPr="00584666" w:rsidRDefault="00000000">
            <w:pPr>
              <w:rPr>
                <w:rFonts w:ascii="游明朝" w:eastAsia="游明朝" w:hAnsi="游明朝"/>
                <w:lang w:eastAsia="ja-JP"/>
              </w:rPr>
            </w:pPr>
            <w:r w:rsidRPr="00584666">
              <w:rPr>
                <w:rFonts w:ascii="游明朝" w:eastAsia="游明朝" w:hAnsi="游明朝"/>
                <w:sz w:val="17"/>
                <w:lang w:eastAsia="ja-JP"/>
              </w:rPr>
              <w:t>・申請内容は、2027年4月1日から2028年3月31日までに実施する取組について記入してください。</w:t>
            </w:r>
          </w:p>
          <w:p w14:paraId="4D854C9F" w14:textId="7048CF89" w:rsidR="00C4502A" w:rsidRPr="00584666" w:rsidRDefault="00000000" w:rsidP="00211024">
            <w:pPr>
              <w:ind w:left="170" w:hangingChars="100" w:hanging="170"/>
              <w:rPr>
                <w:rFonts w:ascii="游明朝" w:eastAsia="游明朝" w:hAnsi="游明朝"/>
                <w:color w:val="000000" w:themeColor="text1"/>
                <w:sz w:val="17"/>
                <w:lang w:eastAsia="ja-JP"/>
              </w:rPr>
            </w:pPr>
            <w:r w:rsidRPr="00584666">
              <w:rPr>
                <w:rFonts w:ascii="游明朝" w:eastAsia="游明朝" w:hAnsi="游明朝"/>
                <w:sz w:val="17"/>
                <w:lang w:eastAsia="ja-JP"/>
              </w:rPr>
              <w:t>・</w:t>
            </w:r>
            <w:r w:rsidR="00E73EEB" w:rsidRPr="00584666">
              <w:rPr>
                <w:rFonts w:ascii="游明朝" w:eastAsia="游明朝" w:hAnsi="游明朝" w:hint="eastAsia"/>
                <w:color w:val="000000" w:themeColor="text1"/>
                <w:sz w:val="17"/>
                <w:lang w:eastAsia="ja-JP"/>
              </w:rPr>
              <w:t>学校単位での申請の場合には</w:t>
            </w:r>
            <w:r w:rsidRPr="00584666">
              <w:rPr>
                <w:rFonts w:ascii="游明朝" w:eastAsia="游明朝" w:hAnsi="游明朝"/>
                <w:color w:val="000000" w:themeColor="text1"/>
                <w:sz w:val="17"/>
                <w:lang w:eastAsia="ja-JP"/>
              </w:rPr>
              <w:t>1件当たりの助成申請額は80万円を上限とします</w:t>
            </w:r>
            <w:r w:rsidR="00E73EEB" w:rsidRPr="00584666">
              <w:rPr>
                <w:rFonts w:ascii="游明朝" w:eastAsia="游明朝" w:hAnsi="游明朝" w:hint="eastAsia"/>
                <w:color w:val="000000" w:themeColor="text1"/>
                <w:sz w:val="17"/>
                <w:lang w:eastAsia="ja-JP"/>
              </w:rPr>
              <w:t>（複数校での申請や教育委員会としての申請の場合はこの限りではありません。）</w:t>
            </w:r>
            <w:r w:rsidR="00211024" w:rsidRPr="00584666">
              <w:rPr>
                <w:rFonts w:ascii="游明朝" w:eastAsia="游明朝" w:hAnsi="游明朝" w:hint="eastAsia"/>
                <w:color w:val="000000" w:themeColor="text1"/>
                <w:sz w:val="17"/>
                <w:lang w:eastAsia="ja-JP"/>
              </w:rPr>
              <w:t>。なお、</w:t>
            </w:r>
            <w:r w:rsidRPr="00584666">
              <w:rPr>
                <w:rFonts w:ascii="游明朝" w:eastAsia="游明朝" w:hAnsi="游明朝"/>
                <w:color w:val="000000" w:themeColor="text1"/>
                <w:sz w:val="17"/>
                <w:lang w:eastAsia="ja-JP"/>
              </w:rPr>
              <w:t>自己負担は必須ではありません。</w:t>
            </w:r>
          </w:p>
          <w:p w14:paraId="79D121A2" w14:textId="0DD9488E" w:rsidR="00830924" w:rsidRPr="00584666" w:rsidRDefault="00000000" w:rsidP="00C4502A">
            <w:pPr>
              <w:rPr>
                <w:rFonts w:ascii="游明朝" w:eastAsia="游明朝" w:hAnsi="游明朝"/>
                <w:lang w:eastAsia="ja-JP"/>
              </w:rPr>
            </w:pPr>
            <w:r w:rsidRPr="00584666">
              <w:rPr>
                <w:rFonts w:ascii="游明朝" w:eastAsia="游明朝" w:hAnsi="游明朝"/>
                <w:sz w:val="17"/>
                <w:lang w:eastAsia="ja-JP"/>
              </w:rPr>
              <w:t>・記載欄は必要に応じて拡張して構いません。</w:t>
            </w:r>
          </w:p>
        </w:tc>
      </w:tr>
    </w:tbl>
    <w:p w14:paraId="753A91EE" w14:textId="77777777" w:rsidR="00830924" w:rsidRPr="00584666" w:rsidRDefault="00000000">
      <w:pPr>
        <w:spacing w:before="160" w:after="80"/>
        <w:rPr>
          <w:rFonts w:ascii="游明朝" w:eastAsia="游明朝" w:hAnsi="游明朝"/>
        </w:rPr>
      </w:pPr>
      <w:r w:rsidRPr="00584666">
        <w:rPr>
          <w:rFonts w:ascii="游明朝" w:eastAsia="游明朝" w:hAnsi="游明朝"/>
          <w:b/>
          <w:sz w:val="24"/>
        </w:rPr>
        <w:t>1．申請概要</w:t>
      </w:r>
    </w:p>
    <w:tbl>
      <w:tblPr>
        <w:tblStyle w:val="afe"/>
        <w:tblW w:w="0" w:type="auto"/>
        <w:jc w:val="center"/>
        <w:tblLook w:val="04A0" w:firstRow="1" w:lastRow="0" w:firstColumn="1" w:lastColumn="0" w:noHBand="0" w:noVBand="1"/>
      </w:tblPr>
      <w:tblGrid>
        <w:gridCol w:w="5151"/>
        <w:gridCol w:w="5151"/>
      </w:tblGrid>
      <w:tr w:rsidR="00830924" w:rsidRPr="00584666" w14:paraId="67F63E90" w14:textId="77777777" w:rsidTr="00C4502A">
        <w:trPr>
          <w:trHeight w:val="861"/>
          <w:jc w:val="center"/>
        </w:trPr>
        <w:tc>
          <w:tcPr>
            <w:tcW w:w="5151" w:type="dxa"/>
            <w:shd w:val="clear" w:color="auto" w:fill="E7EEF7"/>
            <w:tcMar>
              <w:top w:w="100" w:type="dxa"/>
              <w:left w:w="120" w:type="dxa"/>
              <w:bottom w:w="100" w:type="dxa"/>
              <w:right w:w="120" w:type="dxa"/>
            </w:tcMar>
            <w:vAlign w:val="center"/>
          </w:tcPr>
          <w:p w14:paraId="62FD581C" w14:textId="74833278" w:rsidR="00C4502A" w:rsidRPr="00584666" w:rsidRDefault="00C4502A" w:rsidP="00C4502A">
            <w:pPr>
              <w:rPr>
                <w:rFonts w:ascii="游明朝" w:eastAsia="游明朝" w:hAnsi="游明朝"/>
                <w:lang w:eastAsia="ja-JP"/>
              </w:rPr>
            </w:pPr>
            <w:r w:rsidRPr="00584666">
              <w:rPr>
                <w:rFonts w:ascii="游明朝" w:eastAsia="游明朝" w:hAnsi="游明朝" w:hint="eastAsia"/>
                <w:b/>
                <w:sz w:val="18"/>
                <w:lang w:eastAsia="ja-JP"/>
              </w:rPr>
              <w:t>助成対象(</w:t>
            </w:r>
            <w:r w:rsidR="00A23341" w:rsidRPr="00584666">
              <w:rPr>
                <w:rFonts w:ascii="游明朝" w:eastAsia="游明朝" w:hAnsi="游明朝" w:hint="eastAsia"/>
                <w:b/>
                <w:sz w:val="18"/>
                <w:lang w:eastAsia="ja-JP"/>
              </w:rPr>
              <w:t>教育委員会としての</w:t>
            </w:r>
            <w:r w:rsidRPr="00584666">
              <w:rPr>
                <w:rFonts w:ascii="游明朝" w:eastAsia="游明朝" w:hAnsi="游明朝" w:hint="eastAsia"/>
                <w:b/>
                <w:sz w:val="18"/>
                <w:lang w:eastAsia="ja-JP"/>
              </w:rPr>
              <w:t>取組</w:t>
            </w:r>
            <w:r w:rsidR="00A23341" w:rsidRPr="00584666">
              <w:rPr>
                <w:rFonts w:ascii="游明朝" w:eastAsia="游明朝" w:hAnsi="游明朝" w:hint="eastAsia"/>
                <w:b/>
                <w:sz w:val="18"/>
                <w:lang w:eastAsia="ja-JP"/>
              </w:rPr>
              <w:t>か</w:t>
            </w:r>
            <w:r w:rsidRPr="00584666">
              <w:rPr>
                <w:rFonts w:ascii="游明朝" w:eastAsia="游明朝" w:hAnsi="游明朝" w:hint="eastAsia"/>
                <w:b/>
                <w:sz w:val="18"/>
                <w:lang w:eastAsia="ja-JP"/>
              </w:rPr>
              <w:t>、</w:t>
            </w:r>
            <w:r w:rsidR="00DB26BB" w:rsidRPr="00584666">
              <w:rPr>
                <w:rFonts w:ascii="游明朝" w:eastAsia="游明朝" w:hAnsi="游明朝" w:hint="eastAsia"/>
                <w:b/>
                <w:sz w:val="18"/>
                <w:lang w:eastAsia="ja-JP"/>
              </w:rPr>
              <w:t>教育委員会がとりまとめる</w:t>
            </w:r>
            <w:r w:rsidR="00A23341" w:rsidRPr="00584666">
              <w:rPr>
                <w:rFonts w:ascii="游明朝" w:eastAsia="游明朝" w:hAnsi="游明朝" w:hint="eastAsia"/>
                <w:b/>
                <w:sz w:val="18"/>
                <w:lang w:eastAsia="ja-JP"/>
              </w:rPr>
              <w:t>特定の学校における</w:t>
            </w:r>
            <w:r w:rsidRPr="00584666">
              <w:rPr>
                <w:rFonts w:ascii="游明朝" w:eastAsia="游明朝" w:hAnsi="游明朝" w:hint="eastAsia"/>
                <w:b/>
                <w:sz w:val="18"/>
                <w:lang w:eastAsia="ja-JP"/>
              </w:rPr>
              <w:t>取組</w:t>
            </w:r>
            <w:r w:rsidR="00A23341" w:rsidRPr="00584666">
              <w:rPr>
                <w:rFonts w:ascii="游明朝" w:eastAsia="游明朝" w:hAnsi="游明朝" w:hint="eastAsia"/>
                <w:b/>
                <w:sz w:val="18"/>
                <w:lang w:eastAsia="ja-JP"/>
              </w:rPr>
              <w:t>か</w:t>
            </w:r>
            <w:r w:rsidRPr="00584666">
              <w:rPr>
                <w:rFonts w:ascii="游明朝" w:eastAsia="游明朝" w:hAnsi="游明朝" w:hint="eastAsia"/>
                <w:b/>
                <w:sz w:val="18"/>
                <w:lang w:eastAsia="ja-JP"/>
              </w:rPr>
              <w:t>をご記載ください。なお、特定の学校の取組に対する助成の場合には学校名についてもご記載ください)</w:t>
            </w:r>
          </w:p>
        </w:tc>
        <w:tc>
          <w:tcPr>
            <w:tcW w:w="5151" w:type="dxa"/>
            <w:tcMar>
              <w:top w:w="100" w:type="dxa"/>
              <w:left w:w="120" w:type="dxa"/>
              <w:bottom w:w="100" w:type="dxa"/>
              <w:right w:w="120" w:type="dxa"/>
            </w:tcMar>
            <w:vAlign w:val="center"/>
          </w:tcPr>
          <w:p w14:paraId="2C2A25BB" w14:textId="77777777" w:rsidR="00830924" w:rsidRPr="00584666" w:rsidRDefault="00830924">
            <w:pPr>
              <w:rPr>
                <w:rFonts w:ascii="游明朝" w:eastAsia="游明朝" w:hAnsi="游明朝"/>
                <w:lang w:eastAsia="ja-JP"/>
              </w:rPr>
            </w:pPr>
          </w:p>
        </w:tc>
      </w:tr>
      <w:tr w:rsidR="00830924" w:rsidRPr="00584666" w14:paraId="65460674" w14:textId="77777777" w:rsidTr="00A23341">
        <w:trPr>
          <w:trHeight w:val="567"/>
          <w:jc w:val="center"/>
        </w:trPr>
        <w:tc>
          <w:tcPr>
            <w:tcW w:w="5151" w:type="dxa"/>
            <w:shd w:val="clear" w:color="auto" w:fill="E7EEF7"/>
            <w:tcMar>
              <w:top w:w="100" w:type="dxa"/>
              <w:left w:w="120" w:type="dxa"/>
              <w:bottom w:w="100" w:type="dxa"/>
              <w:right w:w="120" w:type="dxa"/>
            </w:tcMar>
            <w:vAlign w:val="center"/>
          </w:tcPr>
          <w:p w14:paraId="5C053B6C" w14:textId="16FE4A77" w:rsidR="00830924" w:rsidRPr="00584666" w:rsidRDefault="00A23341">
            <w:pPr>
              <w:rPr>
                <w:rFonts w:ascii="游明朝" w:eastAsia="游明朝" w:hAnsi="游明朝"/>
                <w:lang w:eastAsia="zh-TW"/>
              </w:rPr>
            </w:pPr>
            <w:r w:rsidRPr="00584666">
              <w:rPr>
                <w:rFonts w:ascii="游明朝" w:eastAsia="游明朝" w:hAnsi="游明朝" w:hint="eastAsia"/>
                <w:b/>
                <w:sz w:val="18"/>
                <w:lang w:eastAsia="zh-TW"/>
              </w:rPr>
              <w:t>助成対象</w:t>
            </w:r>
            <w:r w:rsidRPr="00584666">
              <w:rPr>
                <w:rFonts w:ascii="游明朝" w:eastAsia="游明朝" w:hAnsi="游明朝"/>
                <w:b/>
                <w:sz w:val="18"/>
                <w:lang w:eastAsia="zh-TW"/>
              </w:rPr>
              <w:t>学校種</w:t>
            </w:r>
            <w:r w:rsidRPr="00584666">
              <w:rPr>
                <w:rFonts w:ascii="游明朝" w:eastAsia="游明朝" w:hAnsi="游明朝" w:hint="eastAsia"/>
                <w:b/>
                <w:sz w:val="18"/>
                <w:lang w:eastAsia="zh-TW"/>
              </w:rPr>
              <w:t>別(複数選択可能)</w:t>
            </w:r>
          </w:p>
        </w:tc>
        <w:tc>
          <w:tcPr>
            <w:tcW w:w="5151" w:type="dxa"/>
            <w:tcMar>
              <w:top w:w="100" w:type="dxa"/>
              <w:left w:w="120" w:type="dxa"/>
              <w:bottom w:w="100" w:type="dxa"/>
              <w:right w:w="120" w:type="dxa"/>
            </w:tcMar>
            <w:vAlign w:val="center"/>
          </w:tcPr>
          <w:p w14:paraId="4FC575D3" w14:textId="06DEB289" w:rsidR="00830924" w:rsidRPr="00584666" w:rsidRDefault="00356DFB">
            <w:pPr>
              <w:rPr>
                <w:rFonts w:ascii="游明朝" w:eastAsia="游明朝" w:hAnsi="游明朝"/>
                <w:lang w:eastAsia="ja-JP"/>
              </w:rPr>
            </w:pPr>
            <w:r w:rsidRPr="00584666">
              <w:rPr>
                <w:rFonts w:ascii="游明朝" w:eastAsia="游明朝" w:hAnsi="游明朝"/>
                <w:sz w:val="18"/>
                <w:lang w:eastAsia="ja-JP"/>
              </w:rPr>
              <w:t xml:space="preserve">□ </w:t>
            </w:r>
            <w:r w:rsidRPr="00584666">
              <w:rPr>
                <w:rFonts w:ascii="游明朝" w:eastAsia="游明朝" w:hAnsi="游明朝" w:hint="eastAsia"/>
                <w:sz w:val="18"/>
                <w:lang w:eastAsia="ja-JP"/>
              </w:rPr>
              <w:t xml:space="preserve">幼稚園　</w:t>
            </w:r>
            <w:r w:rsidRPr="00584666">
              <w:rPr>
                <w:rFonts w:ascii="游明朝" w:eastAsia="游明朝" w:hAnsi="游明朝"/>
                <w:sz w:val="18"/>
                <w:lang w:eastAsia="ja-JP"/>
              </w:rPr>
              <w:t>□ 小学校　□ 中学校（夜間学級を含む）</w:t>
            </w:r>
            <w:r w:rsidR="00BB4EF7" w:rsidRPr="00584666">
              <w:rPr>
                <w:rFonts w:ascii="游明朝" w:eastAsia="游明朝" w:hAnsi="游明朝"/>
                <w:sz w:val="18"/>
                <w:lang w:eastAsia="ja-JP"/>
              </w:rPr>
              <w:t>□</w:t>
            </w:r>
            <w:r w:rsidR="00BB4EF7" w:rsidRPr="00584666">
              <w:rPr>
                <w:rFonts w:ascii="游明朝" w:eastAsia="游明朝" w:hAnsi="游明朝" w:hint="eastAsia"/>
                <w:sz w:val="18"/>
                <w:lang w:eastAsia="ja-JP"/>
              </w:rPr>
              <w:t>義務教育学校</w:t>
            </w:r>
            <w:r w:rsidRPr="00584666">
              <w:rPr>
                <w:rFonts w:ascii="游明朝" w:eastAsia="游明朝" w:hAnsi="游明朝"/>
                <w:sz w:val="18"/>
                <w:lang w:eastAsia="ja-JP"/>
              </w:rPr>
              <w:t xml:space="preserve">　</w:t>
            </w:r>
            <w:bookmarkStart w:id="0" w:name="OLE_LINK1"/>
            <w:r w:rsidRPr="00584666">
              <w:rPr>
                <w:rFonts w:ascii="游明朝" w:eastAsia="游明朝" w:hAnsi="游明朝"/>
                <w:sz w:val="18"/>
                <w:lang w:eastAsia="ja-JP"/>
              </w:rPr>
              <w:t>□</w:t>
            </w:r>
            <w:bookmarkEnd w:id="0"/>
            <w:r w:rsidRPr="00584666">
              <w:rPr>
                <w:rFonts w:ascii="游明朝" w:eastAsia="游明朝" w:hAnsi="游明朝"/>
                <w:sz w:val="18"/>
                <w:lang w:eastAsia="ja-JP"/>
              </w:rPr>
              <w:t xml:space="preserve"> 高等学校　□ 中等教育学校　□ 特別支援学校</w:t>
            </w:r>
          </w:p>
        </w:tc>
      </w:tr>
      <w:tr w:rsidR="00830924" w:rsidRPr="00584666" w14:paraId="4F98618E" w14:textId="77777777" w:rsidTr="00A23341">
        <w:trPr>
          <w:trHeight w:val="454"/>
          <w:jc w:val="center"/>
        </w:trPr>
        <w:tc>
          <w:tcPr>
            <w:tcW w:w="5151" w:type="dxa"/>
            <w:shd w:val="clear" w:color="auto" w:fill="E7EEF7"/>
            <w:tcMar>
              <w:top w:w="100" w:type="dxa"/>
              <w:left w:w="120" w:type="dxa"/>
              <w:bottom w:w="100" w:type="dxa"/>
              <w:right w:w="120" w:type="dxa"/>
            </w:tcMar>
            <w:vAlign w:val="center"/>
          </w:tcPr>
          <w:p w14:paraId="67436270" w14:textId="77777777" w:rsidR="00830924" w:rsidRPr="00584666" w:rsidRDefault="00000000">
            <w:pPr>
              <w:rPr>
                <w:rFonts w:ascii="游明朝" w:eastAsia="游明朝" w:hAnsi="游明朝"/>
              </w:rPr>
            </w:pPr>
            <w:proofErr w:type="spellStart"/>
            <w:r w:rsidRPr="00584666">
              <w:rPr>
                <w:rFonts w:ascii="游明朝" w:eastAsia="游明朝" w:hAnsi="游明朝"/>
                <w:b/>
                <w:sz w:val="18"/>
              </w:rPr>
              <w:lastRenderedPageBreak/>
              <w:t>申請金額</w:t>
            </w:r>
            <w:proofErr w:type="spellEnd"/>
          </w:p>
        </w:tc>
        <w:tc>
          <w:tcPr>
            <w:tcW w:w="5151" w:type="dxa"/>
            <w:tcMar>
              <w:top w:w="100" w:type="dxa"/>
              <w:left w:w="120" w:type="dxa"/>
              <w:bottom w:w="100" w:type="dxa"/>
              <w:right w:w="120" w:type="dxa"/>
            </w:tcMar>
            <w:vAlign w:val="center"/>
          </w:tcPr>
          <w:p w14:paraId="1F245332" w14:textId="72C43E8C" w:rsidR="00830924" w:rsidRPr="00584666" w:rsidRDefault="00000000">
            <w:pPr>
              <w:rPr>
                <w:rFonts w:ascii="游明朝" w:eastAsia="游明朝" w:hAnsi="游明朝"/>
              </w:rPr>
            </w:pPr>
            <w:r w:rsidRPr="00584666">
              <w:rPr>
                <w:rFonts w:ascii="游明朝" w:eastAsia="游明朝" w:hAnsi="游明朝"/>
                <w:sz w:val="18"/>
              </w:rPr>
              <w:t xml:space="preserve">　　　　　　　　　円　</w:t>
            </w:r>
          </w:p>
        </w:tc>
      </w:tr>
      <w:tr w:rsidR="00830924" w:rsidRPr="00584666" w14:paraId="310C5EEF" w14:textId="77777777" w:rsidTr="00A23341">
        <w:trPr>
          <w:trHeight w:val="454"/>
          <w:jc w:val="center"/>
        </w:trPr>
        <w:tc>
          <w:tcPr>
            <w:tcW w:w="5151" w:type="dxa"/>
            <w:shd w:val="clear" w:color="auto" w:fill="E7EEF7"/>
            <w:tcMar>
              <w:top w:w="100" w:type="dxa"/>
              <w:left w:w="120" w:type="dxa"/>
              <w:bottom w:w="100" w:type="dxa"/>
              <w:right w:w="120" w:type="dxa"/>
            </w:tcMar>
            <w:vAlign w:val="center"/>
          </w:tcPr>
          <w:p w14:paraId="23E36DDD" w14:textId="77777777" w:rsidR="00830924" w:rsidRPr="00584666" w:rsidRDefault="00000000">
            <w:pPr>
              <w:rPr>
                <w:rFonts w:ascii="游明朝" w:eastAsia="游明朝" w:hAnsi="游明朝"/>
              </w:rPr>
            </w:pPr>
            <w:proofErr w:type="spellStart"/>
            <w:r w:rsidRPr="00584666">
              <w:rPr>
                <w:rFonts w:ascii="游明朝" w:eastAsia="游明朝" w:hAnsi="游明朝"/>
                <w:b/>
                <w:sz w:val="18"/>
              </w:rPr>
              <w:t>事業実施期間</w:t>
            </w:r>
            <w:proofErr w:type="spellEnd"/>
          </w:p>
        </w:tc>
        <w:tc>
          <w:tcPr>
            <w:tcW w:w="5151" w:type="dxa"/>
            <w:tcMar>
              <w:top w:w="100" w:type="dxa"/>
              <w:left w:w="120" w:type="dxa"/>
              <w:bottom w:w="100" w:type="dxa"/>
              <w:right w:w="120" w:type="dxa"/>
            </w:tcMar>
            <w:vAlign w:val="center"/>
          </w:tcPr>
          <w:p w14:paraId="66FA72A0" w14:textId="77777777" w:rsidR="00830924" w:rsidRPr="00584666" w:rsidRDefault="00000000">
            <w:pPr>
              <w:rPr>
                <w:rFonts w:ascii="游明朝" w:eastAsia="游明朝" w:hAnsi="游明朝"/>
              </w:rPr>
            </w:pPr>
            <w:r w:rsidRPr="00584666">
              <w:rPr>
                <w:rFonts w:ascii="游明朝" w:eastAsia="游明朝" w:hAnsi="游明朝"/>
                <w:sz w:val="18"/>
              </w:rPr>
              <w:t>2027年　　月　　日 ～ 2028年　　月　　日</w:t>
            </w:r>
          </w:p>
        </w:tc>
      </w:tr>
    </w:tbl>
    <w:p w14:paraId="42A2C580" w14:textId="77777777" w:rsidR="00830924" w:rsidRPr="00584666" w:rsidRDefault="00830924">
      <w:pPr>
        <w:spacing w:after="20"/>
        <w:rPr>
          <w:rFonts w:ascii="游明朝" w:eastAsia="游明朝" w:hAnsi="游明朝"/>
        </w:rPr>
      </w:pPr>
    </w:p>
    <w:p w14:paraId="797F8EB2" w14:textId="477741D3" w:rsidR="00830924" w:rsidRPr="00584666" w:rsidRDefault="00000000">
      <w:pPr>
        <w:spacing w:before="160" w:after="80"/>
        <w:rPr>
          <w:rFonts w:ascii="游明朝" w:eastAsia="游明朝" w:hAnsi="游明朝"/>
          <w:lang w:eastAsia="ja-JP"/>
        </w:rPr>
      </w:pPr>
      <w:r w:rsidRPr="00584666">
        <w:rPr>
          <w:rFonts w:ascii="游明朝" w:eastAsia="游明朝" w:hAnsi="游明朝"/>
          <w:b/>
          <w:sz w:val="24"/>
          <w:lang w:eastAsia="ja-JP"/>
        </w:rPr>
        <w:t>2．学校・担当者情報</w:t>
      </w:r>
      <w:r w:rsidR="00C4502A" w:rsidRPr="00584666">
        <w:rPr>
          <w:rFonts w:ascii="游明朝" w:eastAsia="游明朝" w:hAnsi="游明朝" w:hint="eastAsia"/>
          <w:b/>
          <w:sz w:val="24"/>
          <w:lang w:eastAsia="ja-JP"/>
        </w:rPr>
        <w:t>(特定の助成対象学校がある場合にご記載ください</w:t>
      </w:r>
      <w:r w:rsidR="00DB26BB" w:rsidRPr="00584666">
        <w:rPr>
          <w:rFonts w:ascii="游明朝" w:eastAsia="游明朝" w:hAnsi="游明朝" w:hint="eastAsia"/>
          <w:b/>
          <w:sz w:val="24"/>
          <w:lang w:eastAsia="ja-JP"/>
        </w:rPr>
        <w:t>、複数の学校がある場合には枠をコピーして追加ください</w:t>
      </w:r>
      <w:r w:rsidR="00C4502A" w:rsidRPr="00584666">
        <w:rPr>
          <w:rFonts w:ascii="游明朝" w:eastAsia="游明朝" w:hAnsi="游明朝" w:hint="eastAsia"/>
          <w:b/>
          <w:sz w:val="24"/>
          <w:lang w:eastAsia="ja-JP"/>
        </w:rPr>
        <w:t>)</w:t>
      </w:r>
    </w:p>
    <w:tbl>
      <w:tblPr>
        <w:tblStyle w:val="afe"/>
        <w:tblW w:w="0" w:type="auto"/>
        <w:jc w:val="center"/>
        <w:tblLook w:val="04A0" w:firstRow="1" w:lastRow="0" w:firstColumn="1" w:lastColumn="0" w:noHBand="0" w:noVBand="1"/>
      </w:tblPr>
      <w:tblGrid>
        <w:gridCol w:w="5151"/>
        <w:gridCol w:w="5151"/>
      </w:tblGrid>
      <w:tr w:rsidR="00830924" w:rsidRPr="00584666" w14:paraId="07D7B583" w14:textId="77777777" w:rsidTr="00C4502A">
        <w:trPr>
          <w:trHeight w:val="567"/>
          <w:jc w:val="center"/>
        </w:trPr>
        <w:tc>
          <w:tcPr>
            <w:tcW w:w="5151" w:type="dxa"/>
            <w:shd w:val="clear" w:color="auto" w:fill="E7EEF7"/>
            <w:tcMar>
              <w:top w:w="100" w:type="dxa"/>
              <w:left w:w="120" w:type="dxa"/>
              <w:bottom w:w="100" w:type="dxa"/>
              <w:right w:w="120" w:type="dxa"/>
            </w:tcMar>
            <w:vAlign w:val="center"/>
          </w:tcPr>
          <w:p w14:paraId="2D9242A5" w14:textId="77777777" w:rsidR="00830924" w:rsidRPr="00584666" w:rsidRDefault="00000000">
            <w:pPr>
              <w:rPr>
                <w:rFonts w:ascii="游明朝" w:eastAsia="游明朝" w:hAnsi="游明朝"/>
              </w:rPr>
            </w:pPr>
            <w:proofErr w:type="spellStart"/>
            <w:r w:rsidRPr="00584666">
              <w:rPr>
                <w:rFonts w:ascii="游明朝" w:eastAsia="游明朝" w:hAnsi="游明朝"/>
                <w:b/>
                <w:sz w:val="18"/>
              </w:rPr>
              <w:t>学校所在地</w:t>
            </w:r>
            <w:proofErr w:type="spellEnd"/>
          </w:p>
        </w:tc>
        <w:tc>
          <w:tcPr>
            <w:tcW w:w="5151" w:type="dxa"/>
            <w:tcMar>
              <w:top w:w="100" w:type="dxa"/>
              <w:left w:w="120" w:type="dxa"/>
              <w:bottom w:w="100" w:type="dxa"/>
              <w:right w:w="120" w:type="dxa"/>
            </w:tcMar>
            <w:vAlign w:val="center"/>
          </w:tcPr>
          <w:p w14:paraId="5F1370B5" w14:textId="77777777" w:rsidR="00830924" w:rsidRPr="00584666" w:rsidRDefault="00000000">
            <w:pPr>
              <w:rPr>
                <w:rFonts w:ascii="游明朝" w:eastAsia="游明朝" w:hAnsi="游明朝"/>
              </w:rPr>
            </w:pPr>
            <w:r w:rsidRPr="00584666">
              <w:rPr>
                <w:rFonts w:ascii="游明朝" w:eastAsia="游明朝" w:hAnsi="游明朝"/>
                <w:sz w:val="18"/>
              </w:rPr>
              <w:t>〒</w:t>
            </w:r>
          </w:p>
        </w:tc>
      </w:tr>
      <w:tr w:rsidR="00830924" w:rsidRPr="00584666" w14:paraId="6E901BCE" w14:textId="77777777" w:rsidTr="00C4502A">
        <w:trPr>
          <w:trHeight w:val="454"/>
          <w:jc w:val="center"/>
        </w:trPr>
        <w:tc>
          <w:tcPr>
            <w:tcW w:w="5151" w:type="dxa"/>
            <w:shd w:val="clear" w:color="auto" w:fill="E7EEF7"/>
            <w:tcMar>
              <w:top w:w="100" w:type="dxa"/>
              <w:left w:w="120" w:type="dxa"/>
              <w:bottom w:w="100" w:type="dxa"/>
              <w:right w:w="120" w:type="dxa"/>
            </w:tcMar>
            <w:vAlign w:val="center"/>
          </w:tcPr>
          <w:p w14:paraId="795B0953" w14:textId="77777777" w:rsidR="00830924" w:rsidRPr="00584666" w:rsidRDefault="00000000">
            <w:pPr>
              <w:rPr>
                <w:rFonts w:ascii="游明朝" w:eastAsia="游明朝" w:hAnsi="游明朝"/>
              </w:rPr>
            </w:pPr>
            <w:proofErr w:type="spellStart"/>
            <w:r w:rsidRPr="00584666">
              <w:rPr>
                <w:rFonts w:ascii="游明朝" w:eastAsia="游明朝" w:hAnsi="游明朝"/>
                <w:b/>
                <w:sz w:val="18"/>
              </w:rPr>
              <w:t>学校長名</w:t>
            </w:r>
            <w:proofErr w:type="spellEnd"/>
          </w:p>
        </w:tc>
        <w:tc>
          <w:tcPr>
            <w:tcW w:w="5151" w:type="dxa"/>
            <w:tcMar>
              <w:top w:w="100" w:type="dxa"/>
              <w:left w:w="120" w:type="dxa"/>
              <w:bottom w:w="100" w:type="dxa"/>
              <w:right w:w="120" w:type="dxa"/>
            </w:tcMar>
            <w:vAlign w:val="center"/>
          </w:tcPr>
          <w:p w14:paraId="3481B1D6" w14:textId="77777777" w:rsidR="00830924" w:rsidRPr="00584666" w:rsidRDefault="00830924">
            <w:pPr>
              <w:rPr>
                <w:rFonts w:ascii="游明朝" w:eastAsia="游明朝" w:hAnsi="游明朝"/>
              </w:rPr>
            </w:pPr>
          </w:p>
        </w:tc>
      </w:tr>
      <w:tr w:rsidR="00830924" w:rsidRPr="00584666" w14:paraId="578F3063" w14:textId="77777777" w:rsidTr="00C4502A">
        <w:trPr>
          <w:trHeight w:val="454"/>
          <w:jc w:val="center"/>
        </w:trPr>
        <w:tc>
          <w:tcPr>
            <w:tcW w:w="5151" w:type="dxa"/>
            <w:shd w:val="clear" w:color="auto" w:fill="E7EEF7"/>
            <w:tcMar>
              <w:top w:w="100" w:type="dxa"/>
              <w:left w:w="120" w:type="dxa"/>
              <w:bottom w:w="100" w:type="dxa"/>
              <w:right w:w="120" w:type="dxa"/>
            </w:tcMar>
            <w:vAlign w:val="center"/>
          </w:tcPr>
          <w:p w14:paraId="2987AF77" w14:textId="77777777" w:rsidR="00830924" w:rsidRPr="00584666" w:rsidRDefault="00000000">
            <w:pPr>
              <w:rPr>
                <w:rFonts w:ascii="游明朝" w:eastAsia="游明朝" w:hAnsi="游明朝"/>
              </w:rPr>
            </w:pPr>
            <w:proofErr w:type="spellStart"/>
            <w:r w:rsidRPr="00584666">
              <w:rPr>
                <w:rFonts w:ascii="游明朝" w:eastAsia="游明朝" w:hAnsi="游明朝"/>
                <w:b/>
                <w:sz w:val="18"/>
              </w:rPr>
              <w:t>担当者名・役職</w:t>
            </w:r>
            <w:proofErr w:type="spellEnd"/>
          </w:p>
        </w:tc>
        <w:tc>
          <w:tcPr>
            <w:tcW w:w="5151" w:type="dxa"/>
            <w:tcMar>
              <w:top w:w="100" w:type="dxa"/>
              <w:left w:w="120" w:type="dxa"/>
              <w:bottom w:w="100" w:type="dxa"/>
              <w:right w:w="120" w:type="dxa"/>
            </w:tcMar>
            <w:vAlign w:val="center"/>
          </w:tcPr>
          <w:p w14:paraId="556324FF" w14:textId="77777777" w:rsidR="00830924" w:rsidRPr="00584666" w:rsidRDefault="00830924">
            <w:pPr>
              <w:rPr>
                <w:rFonts w:ascii="游明朝" w:eastAsia="游明朝" w:hAnsi="游明朝"/>
              </w:rPr>
            </w:pPr>
          </w:p>
        </w:tc>
      </w:tr>
      <w:tr w:rsidR="00830924" w:rsidRPr="00584666" w14:paraId="356C1239" w14:textId="77777777" w:rsidTr="00C4502A">
        <w:trPr>
          <w:trHeight w:val="567"/>
          <w:jc w:val="center"/>
        </w:trPr>
        <w:tc>
          <w:tcPr>
            <w:tcW w:w="5151" w:type="dxa"/>
            <w:shd w:val="clear" w:color="auto" w:fill="E7EEF7"/>
            <w:tcMar>
              <w:top w:w="100" w:type="dxa"/>
              <w:left w:w="120" w:type="dxa"/>
              <w:bottom w:w="100" w:type="dxa"/>
              <w:right w:w="120" w:type="dxa"/>
            </w:tcMar>
            <w:vAlign w:val="center"/>
          </w:tcPr>
          <w:p w14:paraId="2B40396E" w14:textId="77777777" w:rsidR="00830924" w:rsidRPr="00584666" w:rsidRDefault="00000000">
            <w:pPr>
              <w:rPr>
                <w:rFonts w:ascii="游明朝" w:eastAsia="游明朝" w:hAnsi="游明朝"/>
              </w:rPr>
            </w:pPr>
            <w:proofErr w:type="spellStart"/>
            <w:r w:rsidRPr="00584666">
              <w:rPr>
                <w:rFonts w:ascii="游明朝" w:eastAsia="游明朝" w:hAnsi="游明朝"/>
                <w:b/>
                <w:sz w:val="18"/>
              </w:rPr>
              <w:t>連絡先</w:t>
            </w:r>
            <w:proofErr w:type="spellEnd"/>
          </w:p>
        </w:tc>
        <w:tc>
          <w:tcPr>
            <w:tcW w:w="5151" w:type="dxa"/>
            <w:tcMar>
              <w:top w:w="100" w:type="dxa"/>
              <w:left w:w="120" w:type="dxa"/>
              <w:bottom w:w="100" w:type="dxa"/>
              <w:right w:w="120" w:type="dxa"/>
            </w:tcMar>
            <w:vAlign w:val="center"/>
          </w:tcPr>
          <w:p w14:paraId="59E80747" w14:textId="77777777" w:rsidR="00830924" w:rsidRPr="00584666" w:rsidRDefault="00000000">
            <w:pPr>
              <w:rPr>
                <w:rFonts w:ascii="游明朝" w:eastAsia="游明朝" w:hAnsi="游明朝"/>
                <w:lang w:eastAsia="ja-JP"/>
              </w:rPr>
            </w:pPr>
            <w:r w:rsidRPr="00584666">
              <w:rPr>
                <w:rFonts w:ascii="游明朝" w:eastAsia="游明朝" w:hAnsi="游明朝"/>
                <w:sz w:val="18"/>
                <w:lang w:eastAsia="ja-JP"/>
              </w:rPr>
              <w:t>電話：　　　　　　　　　　　　　　メール：</w:t>
            </w:r>
          </w:p>
        </w:tc>
      </w:tr>
      <w:tr w:rsidR="00830924" w:rsidRPr="00584666" w14:paraId="23B610B8" w14:textId="77777777" w:rsidTr="00C4502A">
        <w:trPr>
          <w:trHeight w:val="454"/>
          <w:jc w:val="center"/>
        </w:trPr>
        <w:tc>
          <w:tcPr>
            <w:tcW w:w="5151" w:type="dxa"/>
            <w:shd w:val="clear" w:color="auto" w:fill="E7EEF7"/>
            <w:tcMar>
              <w:top w:w="100" w:type="dxa"/>
              <w:left w:w="120" w:type="dxa"/>
              <w:bottom w:w="100" w:type="dxa"/>
              <w:right w:w="120" w:type="dxa"/>
            </w:tcMar>
            <w:vAlign w:val="center"/>
          </w:tcPr>
          <w:p w14:paraId="0E03EFF9" w14:textId="77777777" w:rsidR="00830924" w:rsidRPr="00584666" w:rsidRDefault="00000000">
            <w:pPr>
              <w:rPr>
                <w:rFonts w:ascii="游明朝" w:eastAsia="游明朝" w:hAnsi="游明朝"/>
              </w:rPr>
            </w:pPr>
            <w:proofErr w:type="spellStart"/>
            <w:r w:rsidRPr="00584666">
              <w:rPr>
                <w:rFonts w:ascii="游明朝" w:eastAsia="游明朝" w:hAnsi="游明朝"/>
                <w:b/>
                <w:sz w:val="18"/>
              </w:rPr>
              <w:t>児童・生徒数</w:t>
            </w:r>
            <w:proofErr w:type="spellEnd"/>
          </w:p>
        </w:tc>
        <w:tc>
          <w:tcPr>
            <w:tcW w:w="5151" w:type="dxa"/>
            <w:tcMar>
              <w:top w:w="100" w:type="dxa"/>
              <w:left w:w="120" w:type="dxa"/>
              <w:bottom w:w="100" w:type="dxa"/>
              <w:right w:w="120" w:type="dxa"/>
            </w:tcMar>
            <w:vAlign w:val="center"/>
          </w:tcPr>
          <w:p w14:paraId="4819E013" w14:textId="77777777" w:rsidR="00830924" w:rsidRPr="00584666" w:rsidRDefault="00000000">
            <w:pPr>
              <w:rPr>
                <w:rFonts w:ascii="游明朝" w:eastAsia="游明朝" w:hAnsi="游明朝"/>
              </w:rPr>
            </w:pPr>
            <w:r w:rsidRPr="00584666">
              <w:rPr>
                <w:rFonts w:ascii="游明朝" w:eastAsia="游明朝" w:hAnsi="游明朝"/>
                <w:sz w:val="18"/>
              </w:rPr>
              <w:t xml:space="preserve">　　　　　　　　　</w:t>
            </w:r>
            <w:proofErr w:type="spellStart"/>
            <w:r w:rsidRPr="00584666">
              <w:rPr>
                <w:rFonts w:ascii="游明朝" w:eastAsia="游明朝" w:hAnsi="游明朝"/>
                <w:sz w:val="18"/>
              </w:rPr>
              <w:t>名（概数可</w:t>
            </w:r>
            <w:proofErr w:type="spellEnd"/>
            <w:r w:rsidRPr="00584666">
              <w:rPr>
                <w:rFonts w:ascii="游明朝" w:eastAsia="游明朝" w:hAnsi="游明朝"/>
                <w:sz w:val="18"/>
              </w:rPr>
              <w:t>）</w:t>
            </w:r>
          </w:p>
        </w:tc>
      </w:tr>
      <w:tr w:rsidR="00BB4EF7" w:rsidRPr="00584666" w14:paraId="580C98F9" w14:textId="77777777" w:rsidTr="00C4502A">
        <w:trPr>
          <w:trHeight w:val="454"/>
          <w:jc w:val="center"/>
        </w:trPr>
        <w:tc>
          <w:tcPr>
            <w:tcW w:w="5151" w:type="dxa"/>
            <w:shd w:val="clear" w:color="auto" w:fill="E7EEF7"/>
            <w:tcMar>
              <w:top w:w="100" w:type="dxa"/>
              <w:left w:w="120" w:type="dxa"/>
              <w:bottom w:w="100" w:type="dxa"/>
              <w:right w:w="120" w:type="dxa"/>
            </w:tcMar>
            <w:vAlign w:val="center"/>
          </w:tcPr>
          <w:p w14:paraId="49CAD68C" w14:textId="53B7748B" w:rsidR="00BB4EF7" w:rsidRPr="00584666" w:rsidRDefault="00BB4EF7">
            <w:pPr>
              <w:rPr>
                <w:rFonts w:ascii="游明朝" w:eastAsia="游明朝" w:hAnsi="游明朝"/>
                <w:b/>
                <w:sz w:val="18"/>
              </w:rPr>
            </w:pPr>
            <w:r w:rsidRPr="00584666">
              <w:rPr>
                <w:rFonts w:ascii="游明朝" w:eastAsia="游明朝" w:hAnsi="游明朝" w:hint="eastAsia"/>
                <w:b/>
                <w:sz w:val="18"/>
                <w:lang w:eastAsia="ja-JP"/>
              </w:rPr>
              <w:t>教職員数</w:t>
            </w:r>
          </w:p>
        </w:tc>
        <w:tc>
          <w:tcPr>
            <w:tcW w:w="5151" w:type="dxa"/>
            <w:tcMar>
              <w:top w:w="100" w:type="dxa"/>
              <w:left w:w="120" w:type="dxa"/>
              <w:bottom w:w="100" w:type="dxa"/>
              <w:right w:w="120" w:type="dxa"/>
            </w:tcMar>
            <w:vAlign w:val="center"/>
          </w:tcPr>
          <w:p w14:paraId="05959F4A" w14:textId="174D13B8" w:rsidR="00BB4EF7" w:rsidRPr="00584666" w:rsidRDefault="00BB4EF7">
            <w:pPr>
              <w:rPr>
                <w:rFonts w:ascii="游明朝" w:eastAsia="游明朝" w:hAnsi="游明朝"/>
                <w:sz w:val="18"/>
                <w:lang w:eastAsia="ja-JP"/>
              </w:rPr>
            </w:pPr>
            <w:r w:rsidRPr="00584666">
              <w:rPr>
                <w:rFonts w:ascii="游明朝" w:eastAsia="游明朝" w:hAnsi="游明朝" w:hint="eastAsia"/>
                <w:sz w:val="18"/>
                <w:lang w:eastAsia="ja-JP"/>
              </w:rPr>
              <w:t xml:space="preserve">　　　　　　　　　名</w:t>
            </w:r>
          </w:p>
        </w:tc>
      </w:tr>
    </w:tbl>
    <w:p w14:paraId="5D4D56DA" w14:textId="77777777" w:rsidR="00830924" w:rsidRPr="00584666" w:rsidRDefault="00830924">
      <w:pPr>
        <w:spacing w:after="20"/>
        <w:rPr>
          <w:rFonts w:ascii="游明朝" w:eastAsia="游明朝" w:hAnsi="游明朝"/>
        </w:rPr>
      </w:pPr>
    </w:p>
    <w:p w14:paraId="7B09C86D" w14:textId="77777777" w:rsidR="00830924" w:rsidRPr="00584666" w:rsidRDefault="00000000">
      <w:pPr>
        <w:spacing w:before="160" w:after="80"/>
        <w:rPr>
          <w:rFonts w:ascii="游明朝" w:eastAsia="游明朝" w:hAnsi="游明朝"/>
        </w:rPr>
      </w:pPr>
      <w:r w:rsidRPr="00584666">
        <w:rPr>
          <w:rFonts w:ascii="游明朝" w:eastAsia="游明朝" w:hAnsi="游明朝"/>
          <w:b/>
          <w:sz w:val="24"/>
        </w:rPr>
        <w:t>3．申請事業の概要</w:t>
      </w:r>
    </w:p>
    <w:tbl>
      <w:tblPr>
        <w:tblStyle w:val="afe"/>
        <w:tblW w:w="0" w:type="auto"/>
        <w:jc w:val="center"/>
        <w:tblLook w:val="04A0" w:firstRow="1" w:lastRow="0" w:firstColumn="1" w:lastColumn="0" w:noHBand="0" w:noVBand="1"/>
      </w:tblPr>
      <w:tblGrid>
        <w:gridCol w:w="10302"/>
      </w:tblGrid>
      <w:tr w:rsidR="00830924" w:rsidRPr="00584666" w14:paraId="77A4611D" w14:textId="77777777">
        <w:trPr>
          <w:jc w:val="center"/>
        </w:trPr>
        <w:tc>
          <w:tcPr>
            <w:tcW w:w="10312" w:type="dxa"/>
            <w:shd w:val="clear" w:color="auto" w:fill="F2F2F2"/>
            <w:tcMar>
              <w:top w:w="100" w:type="dxa"/>
              <w:left w:w="120" w:type="dxa"/>
              <w:bottom w:w="100" w:type="dxa"/>
              <w:right w:w="120" w:type="dxa"/>
            </w:tcMar>
            <w:vAlign w:val="center"/>
          </w:tcPr>
          <w:p w14:paraId="415AF8A1" w14:textId="0CEC08BD" w:rsidR="00830924" w:rsidRPr="00584666" w:rsidRDefault="00000000">
            <w:pPr>
              <w:rPr>
                <w:rFonts w:ascii="游明朝" w:eastAsia="游明朝" w:hAnsi="游明朝"/>
                <w:lang w:eastAsia="ja-JP"/>
              </w:rPr>
            </w:pPr>
            <w:r w:rsidRPr="00584666">
              <w:rPr>
                <w:rFonts w:ascii="游明朝" w:eastAsia="游明朝" w:hAnsi="游明朝"/>
                <w:b/>
                <w:lang w:eastAsia="ja-JP"/>
              </w:rPr>
              <w:t>（1）取組</w:t>
            </w:r>
            <w:r w:rsidR="00A23341" w:rsidRPr="00584666">
              <w:rPr>
                <w:rFonts w:ascii="游明朝" w:eastAsia="游明朝" w:hAnsi="游明朝" w:hint="eastAsia"/>
                <w:b/>
                <w:lang w:eastAsia="ja-JP"/>
              </w:rPr>
              <w:t>概要</w:t>
            </w:r>
          </w:p>
          <w:p w14:paraId="5A011C37" w14:textId="488135D9" w:rsidR="00830924" w:rsidRPr="00584666" w:rsidRDefault="00000000">
            <w:pPr>
              <w:spacing w:before="20"/>
              <w:rPr>
                <w:rFonts w:ascii="游明朝" w:eastAsia="游明朝" w:hAnsi="游明朝"/>
                <w:lang w:eastAsia="ja-JP"/>
              </w:rPr>
            </w:pPr>
            <w:r w:rsidRPr="00584666">
              <w:rPr>
                <w:rFonts w:ascii="游明朝" w:eastAsia="游明朝" w:hAnsi="游明朝"/>
                <w:color w:val="5A5A5A"/>
                <w:sz w:val="16"/>
                <w:lang w:eastAsia="ja-JP"/>
              </w:rPr>
              <w:t>誰に、何を、どのように行う取組かがわかるよう記入してください</w:t>
            </w:r>
            <w:r w:rsidR="00C4502A" w:rsidRPr="00584666">
              <w:rPr>
                <w:rFonts w:ascii="游明朝" w:eastAsia="游明朝" w:hAnsi="游明朝" w:hint="eastAsia"/>
                <w:color w:val="5A5A5A"/>
                <w:sz w:val="16"/>
                <w:lang w:eastAsia="ja-JP"/>
              </w:rPr>
              <w:t>(400文字程度)</w:t>
            </w:r>
            <w:r w:rsidRPr="00584666">
              <w:rPr>
                <w:rFonts w:ascii="游明朝" w:eastAsia="游明朝" w:hAnsi="游明朝"/>
                <w:color w:val="5A5A5A"/>
                <w:sz w:val="16"/>
                <w:lang w:eastAsia="ja-JP"/>
              </w:rPr>
              <w:t>。</w:t>
            </w:r>
          </w:p>
        </w:tc>
      </w:tr>
      <w:tr w:rsidR="00830924" w:rsidRPr="00584666" w14:paraId="2D199215" w14:textId="77777777" w:rsidTr="00382B48">
        <w:trPr>
          <w:trHeight w:val="1410"/>
          <w:jc w:val="center"/>
        </w:trPr>
        <w:tc>
          <w:tcPr>
            <w:tcW w:w="10312" w:type="dxa"/>
            <w:tcMar>
              <w:top w:w="100" w:type="dxa"/>
              <w:left w:w="120" w:type="dxa"/>
              <w:bottom w:w="100" w:type="dxa"/>
              <w:right w:w="120" w:type="dxa"/>
            </w:tcMar>
            <w:vAlign w:val="center"/>
          </w:tcPr>
          <w:p w14:paraId="782E8E64" w14:textId="77777777" w:rsidR="00830924" w:rsidRPr="00584666" w:rsidRDefault="00830924" w:rsidP="00382B48">
            <w:pPr>
              <w:jc w:val="both"/>
              <w:rPr>
                <w:rFonts w:ascii="游明朝" w:eastAsia="游明朝" w:hAnsi="游明朝"/>
                <w:lang w:eastAsia="ja-JP"/>
              </w:rPr>
            </w:pPr>
          </w:p>
        </w:tc>
      </w:tr>
    </w:tbl>
    <w:p w14:paraId="4905FDEE" w14:textId="77777777" w:rsidR="00830924" w:rsidRPr="00584666" w:rsidRDefault="00830924">
      <w:pPr>
        <w:spacing w:after="20"/>
        <w:rPr>
          <w:rFonts w:ascii="游明朝" w:eastAsia="游明朝" w:hAnsi="游明朝"/>
          <w:lang w:eastAsia="ja-JP"/>
        </w:rPr>
      </w:pPr>
    </w:p>
    <w:tbl>
      <w:tblPr>
        <w:tblStyle w:val="afe"/>
        <w:tblW w:w="0" w:type="auto"/>
        <w:jc w:val="center"/>
        <w:tblLook w:val="04A0" w:firstRow="1" w:lastRow="0" w:firstColumn="1" w:lastColumn="0" w:noHBand="0" w:noVBand="1"/>
      </w:tblPr>
      <w:tblGrid>
        <w:gridCol w:w="10302"/>
      </w:tblGrid>
      <w:tr w:rsidR="00830924" w:rsidRPr="00584666" w14:paraId="6CB0EBB7" w14:textId="77777777">
        <w:trPr>
          <w:jc w:val="center"/>
        </w:trPr>
        <w:tc>
          <w:tcPr>
            <w:tcW w:w="10312" w:type="dxa"/>
            <w:shd w:val="clear" w:color="auto" w:fill="F2F2F2"/>
            <w:tcMar>
              <w:top w:w="100" w:type="dxa"/>
              <w:left w:w="120" w:type="dxa"/>
              <w:bottom w:w="100" w:type="dxa"/>
              <w:right w:w="120" w:type="dxa"/>
            </w:tcMar>
            <w:vAlign w:val="center"/>
          </w:tcPr>
          <w:p w14:paraId="05EB6630" w14:textId="77777777" w:rsidR="00830924" w:rsidRPr="00584666" w:rsidRDefault="00000000">
            <w:pPr>
              <w:rPr>
                <w:rFonts w:ascii="游明朝" w:eastAsia="游明朝" w:hAnsi="游明朝"/>
                <w:lang w:eastAsia="ja-JP"/>
              </w:rPr>
            </w:pPr>
            <w:r w:rsidRPr="00584666">
              <w:rPr>
                <w:rFonts w:ascii="游明朝" w:eastAsia="游明朝" w:hAnsi="游明朝"/>
                <w:b/>
                <w:lang w:eastAsia="ja-JP"/>
              </w:rPr>
              <w:t>（2）背景・課題と、いま取り組む必要性を教えてください。</w:t>
            </w:r>
            <w:r w:rsidRPr="00584666">
              <w:rPr>
                <w:rFonts w:ascii="游明朝" w:eastAsia="游明朝" w:hAnsi="游明朝"/>
                <w:color w:val="505050"/>
                <w:sz w:val="16"/>
                <w:lang w:eastAsia="ja-JP"/>
              </w:rPr>
              <w:t xml:space="preserve">　【審査の視点：必要性】</w:t>
            </w:r>
          </w:p>
          <w:p w14:paraId="32BBE0EE" w14:textId="3ED9AFC6" w:rsidR="00830924" w:rsidRPr="00584666" w:rsidRDefault="00000000">
            <w:pPr>
              <w:spacing w:before="20"/>
              <w:rPr>
                <w:rFonts w:ascii="游明朝" w:eastAsia="游明朝" w:hAnsi="游明朝"/>
                <w:lang w:eastAsia="ja-JP"/>
              </w:rPr>
            </w:pPr>
            <w:r w:rsidRPr="00584666">
              <w:rPr>
                <w:rFonts w:ascii="游明朝" w:eastAsia="游明朝" w:hAnsi="游明朝"/>
                <w:color w:val="5A5A5A"/>
                <w:sz w:val="16"/>
                <w:lang w:eastAsia="ja-JP"/>
              </w:rPr>
              <w:t>学校や児童生徒の現状、課題が生じている背景、既存の取組だけでは十分でない点などを具体的に記入してください</w:t>
            </w:r>
            <w:r w:rsidR="00C4502A" w:rsidRPr="00584666">
              <w:rPr>
                <w:rFonts w:ascii="游明朝" w:eastAsia="游明朝" w:hAnsi="游明朝"/>
                <w:color w:val="5A5A5A"/>
                <w:sz w:val="16"/>
                <w:lang w:eastAsia="ja-JP"/>
              </w:rPr>
              <w:t>(400文字程度)</w:t>
            </w:r>
            <w:r w:rsidRPr="00584666">
              <w:rPr>
                <w:rFonts w:ascii="游明朝" w:eastAsia="游明朝" w:hAnsi="游明朝"/>
                <w:color w:val="5A5A5A"/>
                <w:sz w:val="16"/>
                <w:lang w:eastAsia="ja-JP"/>
              </w:rPr>
              <w:t>。</w:t>
            </w:r>
          </w:p>
        </w:tc>
      </w:tr>
      <w:tr w:rsidR="00830924" w:rsidRPr="00584666" w14:paraId="40F29995" w14:textId="77777777" w:rsidTr="00382B48">
        <w:trPr>
          <w:trHeight w:val="1550"/>
          <w:jc w:val="center"/>
        </w:trPr>
        <w:tc>
          <w:tcPr>
            <w:tcW w:w="10312" w:type="dxa"/>
            <w:tcMar>
              <w:top w:w="100" w:type="dxa"/>
              <w:left w:w="120" w:type="dxa"/>
              <w:bottom w:w="100" w:type="dxa"/>
              <w:right w:w="120" w:type="dxa"/>
            </w:tcMar>
            <w:vAlign w:val="center"/>
          </w:tcPr>
          <w:p w14:paraId="5A4FC2D7" w14:textId="77777777" w:rsidR="00830924" w:rsidRPr="00584666" w:rsidRDefault="00830924">
            <w:pPr>
              <w:rPr>
                <w:rFonts w:ascii="游明朝" w:eastAsia="游明朝" w:hAnsi="游明朝"/>
                <w:lang w:eastAsia="ja-JP"/>
              </w:rPr>
            </w:pPr>
          </w:p>
        </w:tc>
      </w:tr>
    </w:tbl>
    <w:p w14:paraId="35FABD0D" w14:textId="77777777" w:rsidR="00830924" w:rsidRPr="00584666" w:rsidRDefault="00830924">
      <w:pPr>
        <w:spacing w:after="20"/>
        <w:rPr>
          <w:rFonts w:ascii="游明朝" w:eastAsia="游明朝" w:hAnsi="游明朝"/>
          <w:lang w:eastAsia="ja-JP"/>
        </w:rPr>
      </w:pPr>
    </w:p>
    <w:tbl>
      <w:tblPr>
        <w:tblStyle w:val="afe"/>
        <w:tblW w:w="0" w:type="auto"/>
        <w:jc w:val="center"/>
        <w:tblLook w:val="04A0" w:firstRow="1" w:lastRow="0" w:firstColumn="1" w:lastColumn="0" w:noHBand="0" w:noVBand="1"/>
      </w:tblPr>
      <w:tblGrid>
        <w:gridCol w:w="10302"/>
      </w:tblGrid>
      <w:tr w:rsidR="00830924" w:rsidRPr="00584666" w14:paraId="1A400A94" w14:textId="77777777">
        <w:trPr>
          <w:jc w:val="center"/>
        </w:trPr>
        <w:tc>
          <w:tcPr>
            <w:tcW w:w="10312" w:type="dxa"/>
            <w:shd w:val="clear" w:color="auto" w:fill="F2F2F2"/>
            <w:tcMar>
              <w:top w:w="100" w:type="dxa"/>
              <w:left w:w="120" w:type="dxa"/>
              <w:bottom w:w="100" w:type="dxa"/>
              <w:right w:w="120" w:type="dxa"/>
            </w:tcMar>
            <w:vAlign w:val="center"/>
          </w:tcPr>
          <w:p w14:paraId="6F335FFB" w14:textId="77777777" w:rsidR="00830924" w:rsidRPr="00584666" w:rsidRDefault="00000000">
            <w:pPr>
              <w:rPr>
                <w:rFonts w:ascii="游明朝" w:eastAsia="游明朝" w:hAnsi="游明朝"/>
                <w:lang w:eastAsia="ja-JP"/>
              </w:rPr>
            </w:pPr>
            <w:r w:rsidRPr="00584666">
              <w:rPr>
                <w:rFonts w:ascii="游明朝" w:eastAsia="游明朝" w:hAnsi="游明朝"/>
                <w:b/>
                <w:lang w:eastAsia="ja-JP"/>
              </w:rPr>
              <w:lastRenderedPageBreak/>
              <w:t>（3）この取組によって、どのような変化を目指しますか。</w:t>
            </w:r>
          </w:p>
          <w:p w14:paraId="20F60C3C" w14:textId="01AEC0F2" w:rsidR="00830924" w:rsidRPr="00584666" w:rsidRDefault="00000000">
            <w:pPr>
              <w:spacing w:before="20"/>
              <w:rPr>
                <w:rFonts w:ascii="游明朝" w:eastAsia="游明朝" w:hAnsi="游明朝"/>
                <w:lang w:eastAsia="ja-JP"/>
              </w:rPr>
            </w:pPr>
            <w:r w:rsidRPr="00584666">
              <w:rPr>
                <w:rFonts w:ascii="游明朝" w:eastAsia="游明朝" w:hAnsi="游明朝"/>
                <w:color w:val="5A5A5A"/>
                <w:sz w:val="16"/>
                <w:lang w:eastAsia="ja-JP"/>
              </w:rPr>
              <w:t>児童生徒、教職員、学校、地域等にどのような変化を生みたいかを記入してください。可能であれば、事業終了時に確認したい状態や成果も示してください</w:t>
            </w:r>
            <w:r w:rsidR="00C4502A" w:rsidRPr="00584666">
              <w:rPr>
                <w:rFonts w:ascii="游明朝" w:eastAsia="游明朝" w:hAnsi="游明朝"/>
                <w:color w:val="5A5A5A"/>
                <w:sz w:val="16"/>
                <w:lang w:eastAsia="ja-JP"/>
              </w:rPr>
              <w:t>(400文字程度)</w:t>
            </w:r>
            <w:r w:rsidRPr="00584666">
              <w:rPr>
                <w:rFonts w:ascii="游明朝" w:eastAsia="游明朝" w:hAnsi="游明朝"/>
                <w:color w:val="5A5A5A"/>
                <w:sz w:val="16"/>
                <w:lang w:eastAsia="ja-JP"/>
              </w:rPr>
              <w:t>。</w:t>
            </w:r>
          </w:p>
        </w:tc>
      </w:tr>
      <w:tr w:rsidR="00830924" w:rsidRPr="00584666" w14:paraId="7F3EC2C4" w14:textId="77777777" w:rsidTr="00382B48">
        <w:trPr>
          <w:trHeight w:val="1368"/>
          <w:jc w:val="center"/>
        </w:trPr>
        <w:tc>
          <w:tcPr>
            <w:tcW w:w="10312" w:type="dxa"/>
            <w:tcMar>
              <w:top w:w="100" w:type="dxa"/>
              <w:left w:w="120" w:type="dxa"/>
              <w:bottom w:w="100" w:type="dxa"/>
              <w:right w:w="120" w:type="dxa"/>
            </w:tcMar>
            <w:vAlign w:val="center"/>
          </w:tcPr>
          <w:p w14:paraId="25E28CC2" w14:textId="77777777" w:rsidR="00830924" w:rsidRPr="00584666" w:rsidRDefault="00830924">
            <w:pPr>
              <w:rPr>
                <w:rFonts w:ascii="游明朝" w:eastAsia="游明朝" w:hAnsi="游明朝"/>
                <w:lang w:eastAsia="ja-JP"/>
              </w:rPr>
            </w:pPr>
          </w:p>
        </w:tc>
      </w:tr>
    </w:tbl>
    <w:p w14:paraId="25C2E6AB" w14:textId="77777777" w:rsidR="00830924" w:rsidRPr="00584666" w:rsidRDefault="00830924">
      <w:pPr>
        <w:spacing w:after="20"/>
        <w:rPr>
          <w:rFonts w:ascii="游明朝" w:eastAsia="游明朝" w:hAnsi="游明朝"/>
          <w:lang w:eastAsia="ja-JP"/>
        </w:rPr>
      </w:pPr>
    </w:p>
    <w:p w14:paraId="41180590" w14:textId="77777777" w:rsidR="00830924" w:rsidRPr="00584666" w:rsidRDefault="00000000">
      <w:pPr>
        <w:spacing w:before="160" w:after="80"/>
        <w:rPr>
          <w:rFonts w:ascii="游明朝" w:eastAsia="游明朝" w:hAnsi="游明朝"/>
        </w:rPr>
      </w:pPr>
      <w:r w:rsidRPr="00584666">
        <w:rPr>
          <w:rFonts w:ascii="游明朝" w:eastAsia="游明朝" w:hAnsi="游明朝"/>
          <w:b/>
          <w:sz w:val="24"/>
        </w:rPr>
        <w:t>4．取組内容と創意工夫</w:t>
      </w:r>
    </w:p>
    <w:tbl>
      <w:tblPr>
        <w:tblStyle w:val="afe"/>
        <w:tblW w:w="0" w:type="auto"/>
        <w:jc w:val="center"/>
        <w:tblLook w:val="04A0" w:firstRow="1" w:lastRow="0" w:firstColumn="1" w:lastColumn="0" w:noHBand="0" w:noVBand="1"/>
      </w:tblPr>
      <w:tblGrid>
        <w:gridCol w:w="10302"/>
      </w:tblGrid>
      <w:tr w:rsidR="00830924" w:rsidRPr="00584666" w14:paraId="10158CEB" w14:textId="77777777">
        <w:trPr>
          <w:jc w:val="center"/>
        </w:trPr>
        <w:tc>
          <w:tcPr>
            <w:tcW w:w="10312" w:type="dxa"/>
            <w:shd w:val="clear" w:color="auto" w:fill="F2F2F2"/>
            <w:tcMar>
              <w:top w:w="100" w:type="dxa"/>
              <w:left w:w="120" w:type="dxa"/>
              <w:bottom w:w="100" w:type="dxa"/>
              <w:right w:w="120" w:type="dxa"/>
            </w:tcMar>
            <w:vAlign w:val="center"/>
          </w:tcPr>
          <w:p w14:paraId="519A3E2D" w14:textId="77777777" w:rsidR="00830924" w:rsidRPr="00584666" w:rsidRDefault="00000000">
            <w:pPr>
              <w:rPr>
                <w:rFonts w:ascii="游明朝" w:eastAsia="游明朝" w:hAnsi="游明朝"/>
                <w:lang w:eastAsia="ja-JP"/>
              </w:rPr>
            </w:pPr>
            <w:r w:rsidRPr="00584666">
              <w:rPr>
                <w:rFonts w:ascii="游明朝" w:eastAsia="游明朝" w:hAnsi="游明朝"/>
                <w:b/>
                <w:lang w:eastAsia="ja-JP"/>
              </w:rPr>
              <w:t>（1）具体的な取組内容を記入してください。</w:t>
            </w:r>
            <w:r w:rsidRPr="00584666">
              <w:rPr>
                <w:rFonts w:ascii="游明朝" w:eastAsia="游明朝" w:hAnsi="游明朝"/>
                <w:color w:val="505050"/>
                <w:sz w:val="16"/>
                <w:lang w:eastAsia="ja-JP"/>
              </w:rPr>
              <w:t xml:space="preserve">　【審査の視点：実現可能性】</w:t>
            </w:r>
          </w:p>
          <w:p w14:paraId="25502E86" w14:textId="6B6D8DFF" w:rsidR="00830924" w:rsidRPr="00584666" w:rsidRDefault="00000000">
            <w:pPr>
              <w:spacing w:before="20"/>
              <w:rPr>
                <w:rFonts w:ascii="游明朝" w:eastAsia="游明朝" w:hAnsi="游明朝"/>
                <w:lang w:eastAsia="ja-JP"/>
              </w:rPr>
            </w:pPr>
            <w:r w:rsidRPr="00584666">
              <w:rPr>
                <w:rFonts w:ascii="游明朝" w:eastAsia="游明朝" w:hAnsi="游明朝"/>
                <w:color w:val="5A5A5A"/>
                <w:sz w:val="16"/>
                <w:lang w:eastAsia="ja-JP"/>
              </w:rPr>
              <w:t>授業・活動・研究・連携等、実施する内容が具体的にわかるように記入してください。外部人材や地域との連携がある場合は、その内容も含めてください</w:t>
            </w:r>
            <w:r w:rsidR="00C4502A" w:rsidRPr="00584666">
              <w:rPr>
                <w:rFonts w:ascii="游明朝" w:eastAsia="游明朝" w:hAnsi="游明朝" w:hint="eastAsia"/>
                <w:color w:val="5A5A5A"/>
                <w:sz w:val="16"/>
                <w:lang w:eastAsia="ja-JP"/>
              </w:rPr>
              <w:t>（4</w:t>
            </w:r>
            <w:r w:rsidRPr="00584666">
              <w:rPr>
                <w:rFonts w:ascii="游明朝" w:eastAsia="游明朝" w:hAnsi="游明朝"/>
                <w:color w:val="5A5A5A"/>
                <w:sz w:val="16"/>
                <w:lang w:eastAsia="ja-JP"/>
              </w:rPr>
              <w:t>00字程度</w:t>
            </w:r>
            <w:r w:rsidR="00C4502A" w:rsidRPr="00584666">
              <w:rPr>
                <w:rFonts w:ascii="游明朝" w:eastAsia="游明朝" w:hAnsi="游明朝"/>
                <w:color w:val="5A5A5A"/>
                <w:sz w:val="16"/>
                <w:lang w:eastAsia="ja-JP"/>
              </w:rPr>
              <w:t>）</w:t>
            </w:r>
            <w:r w:rsidR="00BB4EF7" w:rsidRPr="00584666">
              <w:rPr>
                <w:rFonts w:ascii="游明朝" w:eastAsia="游明朝" w:hAnsi="游明朝" w:hint="eastAsia"/>
                <w:color w:val="5A5A5A"/>
                <w:sz w:val="16"/>
                <w:lang w:eastAsia="ja-JP"/>
              </w:rPr>
              <w:t>。</w:t>
            </w:r>
          </w:p>
        </w:tc>
      </w:tr>
      <w:tr w:rsidR="00830924" w:rsidRPr="00584666" w14:paraId="18DF9EBE" w14:textId="77777777" w:rsidTr="00382B48">
        <w:trPr>
          <w:trHeight w:val="1525"/>
          <w:jc w:val="center"/>
        </w:trPr>
        <w:tc>
          <w:tcPr>
            <w:tcW w:w="10312" w:type="dxa"/>
            <w:tcMar>
              <w:top w:w="100" w:type="dxa"/>
              <w:left w:w="120" w:type="dxa"/>
              <w:bottom w:w="100" w:type="dxa"/>
              <w:right w:w="120" w:type="dxa"/>
            </w:tcMar>
            <w:vAlign w:val="center"/>
          </w:tcPr>
          <w:p w14:paraId="25CBDCBA" w14:textId="77777777" w:rsidR="00830924" w:rsidRPr="00584666" w:rsidRDefault="00830924">
            <w:pPr>
              <w:rPr>
                <w:rFonts w:ascii="游明朝" w:eastAsia="游明朝" w:hAnsi="游明朝"/>
                <w:lang w:eastAsia="ja-JP"/>
              </w:rPr>
            </w:pPr>
          </w:p>
        </w:tc>
      </w:tr>
    </w:tbl>
    <w:p w14:paraId="55D9AA53" w14:textId="77777777" w:rsidR="00830924" w:rsidRPr="00584666" w:rsidRDefault="00830924">
      <w:pPr>
        <w:spacing w:after="20"/>
        <w:rPr>
          <w:rFonts w:ascii="游明朝" w:eastAsia="游明朝" w:hAnsi="游明朝"/>
          <w:lang w:eastAsia="ja-JP"/>
        </w:rPr>
      </w:pPr>
    </w:p>
    <w:tbl>
      <w:tblPr>
        <w:tblStyle w:val="afe"/>
        <w:tblW w:w="0" w:type="auto"/>
        <w:jc w:val="center"/>
        <w:tblLook w:val="04A0" w:firstRow="1" w:lastRow="0" w:firstColumn="1" w:lastColumn="0" w:noHBand="0" w:noVBand="1"/>
      </w:tblPr>
      <w:tblGrid>
        <w:gridCol w:w="10302"/>
      </w:tblGrid>
      <w:tr w:rsidR="00830924" w:rsidRPr="00584666" w14:paraId="562CB894" w14:textId="77777777">
        <w:trPr>
          <w:jc w:val="center"/>
        </w:trPr>
        <w:tc>
          <w:tcPr>
            <w:tcW w:w="10312" w:type="dxa"/>
            <w:shd w:val="clear" w:color="auto" w:fill="F2F2F2"/>
            <w:tcMar>
              <w:top w:w="100" w:type="dxa"/>
              <w:left w:w="120" w:type="dxa"/>
              <w:bottom w:w="100" w:type="dxa"/>
              <w:right w:w="120" w:type="dxa"/>
            </w:tcMar>
            <w:vAlign w:val="center"/>
          </w:tcPr>
          <w:p w14:paraId="1A68210D" w14:textId="77777777" w:rsidR="00830924" w:rsidRPr="00584666" w:rsidRDefault="00000000">
            <w:pPr>
              <w:rPr>
                <w:rFonts w:ascii="游明朝" w:eastAsia="游明朝" w:hAnsi="游明朝"/>
                <w:lang w:eastAsia="ja-JP"/>
              </w:rPr>
            </w:pPr>
            <w:r w:rsidRPr="00584666">
              <w:rPr>
                <w:rFonts w:ascii="游明朝" w:eastAsia="游明朝" w:hAnsi="游明朝"/>
                <w:b/>
                <w:lang w:eastAsia="ja-JP"/>
              </w:rPr>
              <w:t>（2）この取組ならではの工夫・独自性は何ですか。</w:t>
            </w:r>
            <w:r w:rsidRPr="00584666">
              <w:rPr>
                <w:rFonts w:ascii="游明朝" w:eastAsia="游明朝" w:hAnsi="游明朝"/>
                <w:color w:val="505050"/>
                <w:sz w:val="16"/>
                <w:lang w:eastAsia="ja-JP"/>
              </w:rPr>
              <w:t xml:space="preserve">　【審査の視点：独自性】</w:t>
            </w:r>
          </w:p>
          <w:p w14:paraId="27C89C9B" w14:textId="6CA73D42" w:rsidR="00830924" w:rsidRPr="00584666" w:rsidRDefault="00000000">
            <w:pPr>
              <w:spacing w:before="20"/>
              <w:rPr>
                <w:rFonts w:ascii="游明朝" w:eastAsia="游明朝" w:hAnsi="游明朝"/>
                <w:lang w:eastAsia="ja-JP"/>
              </w:rPr>
            </w:pPr>
            <w:r w:rsidRPr="00584666">
              <w:rPr>
                <w:rFonts w:ascii="游明朝" w:eastAsia="游明朝" w:hAnsi="游明朝"/>
                <w:color w:val="5A5A5A"/>
                <w:sz w:val="16"/>
                <w:lang w:eastAsia="ja-JP"/>
              </w:rPr>
              <w:t>学校の実情を踏まえ、従来の取組との違い、新しい工夫、試行したいことなどを記入してください</w:t>
            </w:r>
            <w:r w:rsidR="00C4502A" w:rsidRPr="00584666">
              <w:rPr>
                <w:rFonts w:ascii="游明朝" w:eastAsia="游明朝" w:hAnsi="游明朝" w:hint="eastAsia"/>
                <w:color w:val="5A5A5A"/>
                <w:sz w:val="16"/>
                <w:lang w:eastAsia="ja-JP"/>
              </w:rPr>
              <w:t>（</w:t>
            </w:r>
            <w:r w:rsidRPr="00584666">
              <w:rPr>
                <w:rFonts w:ascii="游明朝" w:eastAsia="游明朝" w:hAnsi="游明朝"/>
                <w:color w:val="5A5A5A"/>
                <w:sz w:val="16"/>
                <w:lang w:eastAsia="ja-JP"/>
              </w:rPr>
              <w:t>400字程度</w:t>
            </w:r>
            <w:r w:rsidR="00C4502A" w:rsidRPr="00584666">
              <w:rPr>
                <w:rFonts w:ascii="游明朝" w:eastAsia="游明朝" w:hAnsi="游明朝"/>
                <w:color w:val="5A5A5A"/>
                <w:sz w:val="16"/>
                <w:lang w:eastAsia="ja-JP"/>
              </w:rPr>
              <w:t>）</w:t>
            </w:r>
            <w:r w:rsidR="00BB4EF7" w:rsidRPr="00584666">
              <w:rPr>
                <w:rFonts w:ascii="游明朝" w:eastAsia="游明朝" w:hAnsi="游明朝" w:hint="eastAsia"/>
                <w:color w:val="5A5A5A"/>
                <w:sz w:val="16"/>
                <w:lang w:eastAsia="ja-JP"/>
              </w:rPr>
              <w:t>。</w:t>
            </w:r>
          </w:p>
        </w:tc>
      </w:tr>
      <w:tr w:rsidR="00830924" w:rsidRPr="00584666" w14:paraId="2165B1C1" w14:textId="77777777" w:rsidTr="00382B48">
        <w:trPr>
          <w:trHeight w:val="1412"/>
          <w:jc w:val="center"/>
        </w:trPr>
        <w:tc>
          <w:tcPr>
            <w:tcW w:w="10312" w:type="dxa"/>
            <w:tcMar>
              <w:top w:w="100" w:type="dxa"/>
              <w:left w:w="120" w:type="dxa"/>
              <w:bottom w:w="100" w:type="dxa"/>
              <w:right w:w="120" w:type="dxa"/>
            </w:tcMar>
            <w:vAlign w:val="center"/>
          </w:tcPr>
          <w:p w14:paraId="0CB1F08B" w14:textId="77777777" w:rsidR="00830924" w:rsidRPr="00584666" w:rsidRDefault="00830924">
            <w:pPr>
              <w:rPr>
                <w:rFonts w:ascii="游明朝" w:eastAsia="游明朝" w:hAnsi="游明朝"/>
                <w:lang w:eastAsia="ja-JP"/>
              </w:rPr>
            </w:pPr>
          </w:p>
        </w:tc>
      </w:tr>
    </w:tbl>
    <w:p w14:paraId="06777F75" w14:textId="089C51B3" w:rsidR="00830924" w:rsidRPr="00584666" w:rsidRDefault="00000000">
      <w:pPr>
        <w:spacing w:before="80" w:after="60"/>
        <w:rPr>
          <w:rFonts w:ascii="游明朝" w:eastAsia="游明朝" w:hAnsi="游明朝"/>
          <w:lang w:eastAsia="ja-JP"/>
        </w:rPr>
      </w:pPr>
      <w:r w:rsidRPr="00584666">
        <w:rPr>
          <w:rFonts w:ascii="游明朝" w:eastAsia="游明朝" w:hAnsi="游明朝"/>
          <w:b/>
          <w:lang w:eastAsia="ja-JP"/>
        </w:rPr>
        <w:t>（3）実施スケジュール</w:t>
      </w:r>
    </w:p>
    <w:tbl>
      <w:tblPr>
        <w:tblStyle w:val="afe"/>
        <w:tblW w:w="0" w:type="auto"/>
        <w:jc w:val="center"/>
        <w:tblLook w:val="04A0" w:firstRow="1" w:lastRow="0" w:firstColumn="1" w:lastColumn="0" w:noHBand="0" w:noVBand="1"/>
      </w:tblPr>
      <w:tblGrid>
        <w:gridCol w:w="1983"/>
        <w:gridCol w:w="5665"/>
        <w:gridCol w:w="2654"/>
      </w:tblGrid>
      <w:tr w:rsidR="00830924" w:rsidRPr="00584666" w14:paraId="2CDF02D2" w14:textId="77777777" w:rsidTr="00A23341">
        <w:trPr>
          <w:tblHeader/>
          <w:jc w:val="center"/>
        </w:trPr>
        <w:tc>
          <w:tcPr>
            <w:tcW w:w="1983" w:type="dxa"/>
            <w:shd w:val="clear" w:color="auto" w:fill="D9E2F3"/>
            <w:tcMar>
              <w:top w:w="100" w:type="dxa"/>
              <w:left w:w="120" w:type="dxa"/>
              <w:bottom w:w="100" w:type="dxa"/>
              <w:right w:w="120" w:type="dxa"/>
            </w:tcMar>
            <w:vAlign w:val="center"/>
          </w:tcPr>
          <w:p w14:paraId="31615AA3"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8"/>
              </w:rPr>
              <w:t>時期</w:t>
            </w:r>
            <w:proofErr w:type="spellEnd"/>
          </w:p>
        </w:tc>
        <w:tc>
          <w:tcPr>
            <w:tcW w:w="5665" w:type="dxa"/>
            <w:shd w:val="clear" w:color="auto" w:fill="D9E2F3"/>
            <w:tcMar>
              <w:top w:w="100" w:type="dxa"/>
              <w:left w:w="120" w:type="dxa"/>
              <w:bottom w:w="100" w:type="dxa"/>
              <w:right w:w="120" w:type="dxa"/>
            </w:tcMar>
            <w:vAlign w:val="center"/>
          </w:tcPr>
          <w:p w14:paraId="7EDEDC5A"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8"/>
              </w:rPr>
              <w:t>主な取組</w:t>
            </w:r>
            <w:proofErr w:type="spellEnd"/>
          </w:p>
        </w:tc>
        <w:tc>
          <w:tcPr>
            <w:tcW w:w="2654" w:type="dxa"/>
            <w:shd w:val="clear" w:color="auto" w:fill="D9E2F3"/>
            <w:tcMar>
              <w:top w:w="100" w:type="dxa"/>
              <w:left w:w="120" w:type="dxa"/>
              <w:bottom w:w="100" w:type="dxa"/>
              <w:right w:w="120" w:type="dxa"/>
            </w:tcMar>
            <w:vAlign w:val="center"/>
          </w:tcPr>
          <w:p w14:paraId="46B8714A"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8"/>
              </w:rPr>
              <w:t>実施主体・関係者</w:t>
            </w:r>
            <w:proofErr w:type="spellEnd"/>
          </w:p>
        </w:tc>
      </w:tr>
      <w:tr w:rsidR="00830924" w:rsidRPr="00584666" w14:paraId="28D02DD4" w14:textId="77777777" w:rsidTr="00A23341">
        <w:trPr>
          <w:trHeight w:val="680"/>
          <w:jc w:val="center"/>
        </w:trPr>
        <w:tc>
          <w:tcPr>
            <w:tcW w:w="1983" w:type="dxa"/>
            <w:tcMar>
              <w:top w:w="100" w:type="dxa"/>
              <w:left w:w="120" w:type="dxa"/>
              <w:bottom w:w="100" w:type="dxa"/>
              <w:right w:w="120" w:type="dxa"/>
            </w:tcMar>
            <w:vAlign w:val="center"/>
          </w:tcPr>
          <w:p w14:paraId="027BEB17" w14:textId="253B2645" w:rsidR="00830924" w:rsidRPr="00584666" w:rsidRDefault="00932EF4">
            <w:pPr>
              <w:rPr>
                <w:rFonts w:ascii="游明朝" w:eastAsia="游明朝" w:hAnsi="游明朝"/>
              </w:rPr>
            </w:pPr>
            <w:r w:rsidRPr="00584666">
              <w:rPr>
                <w:rFonts w:ascii="游明朝" w:eastAsia="游明朝" w:hAnsi="游明朝" w:hint="eastAsia"/>
                <w:lang w:eastAsia="ja-JP"/>
              </w:rPr>
              <w:t>2027年</w:t>
            </w:r>
            <w:r w:rsidRPr="00584666">
              <w:rPr>
                <w:rFonts w:ascii="游明朝" w:eastAsia="游明朝" w:hAnsi="游明朝" w:cs="ＭＳ 明朝" w:hint="eastAsia"/>
                <w:lang w:eastAsia="ja-JP"/>
              </w:rPr>
              <w:t>〇月～〇月</w:t>
            </w:r>
          </w:p>
        </w:tc>
        <w:tc>
          <w:tcPr>
            <w:tcW w:w="5665" w:type="dxa"/>
            <w:tcMar>
              <w:top w:w="100" w:type="dxa"/>
              <w:left w:w="120" w:type="dxa"/>
              <w:bottom w:w="100" w:type="dxa"/>
              <w:right w:w="120" w:type="dxa"/>
            </w:tcMar>
            <w:vAlign w:val="center"/>
          </w:tcPr>
          <w:p w14:paraId="66F678B1" w14:textId="77777777" w:rsidR="00830924" w:rsidRPr="00584666" w:rsidRDefault="00830924">
            <w:pPr>
              <w:rPr>
                <w:rFonts w:ascii="游明朝" w:eastAsia="游明朝" w:hAnsi="游明朝"/>
              </w:rPr>
            </w:pPr>
          </w:p>
        </w:tc>
        <w:tc>
          <w:tcPr>
            <w:tcW w:w="2654" w:type="dxa"/>
            <w:tcMar>
              <w:top w:w="100" w:type="dxa"/>
              <w:left w:w="120" w:type="dxa"/>
              <w:bottom w:w="100" w:type="dxa"/>
              <w:right w:w="120" w:type="dxa"/>
            </w:tcMar>
            <w:vAlign w:val="center"/>
          </w:tcPr>
          <w:p w14:paraId="18810602" w14:textId="77777777" w:rsidR="00830924" w:rsidRPr="00584666" w:rsidRDefault="00830924">
            <w:pPr>
              <w:rPr>
                <w:rFonts w:ascii="游明朝" w:eastAsia="游明朝" w:hAnsi="游明朝"/>
              </w:rPr>
            </w:pPr>
          </w:p>
        </w:tc>
      </w:tr>
      <w:tr w:rsidR="00830924" w:rsidRPr="00584666" w14:paraId="543CBE4E" w14:textId="77777777" w:rsidTr="00A23341">
        <w:trPr>
          <w:trHeight w:val="680"/>
          <w:jc w:val="center"/>
        </w:trPr>
        <w:tc>
          <w:tcPr>
            <w:tcW w:w="1983" w:type="dxa"/>
            <w:tcMar>
              <w:top w:w="100" w:type="dxa"/>
              <w:left w:w="120" w:type="dxa"/>
              <w:bottom w:w="100" w:type="dxa"/>
              <w:right w:w="120" w:type="dxa"/>
            </w:tcMar>
            <w:vAlign w:val="center"/>
          </w:tcPr>
          <w:p w14:paraId="557AF335" w14:textId="77777777" w:rsidR="00830924" w:rsidRPr="00584666" w:rsidRDefault="00830924">
            <w:pPr>
              <w:rPr>
                <w:rFonts w:ascii="游明朝" w:eastAsia="游明朝" w:hAnsi="游明朝"/>
              </w:rPr>
            </w:pPr>
          </w:p>
        </w:tc>
        <w:tc>
          <w:tcPr>
            <w:tcW w:w="5665" w:type="dxa"/>
            <w:tcMar>
              <w:top w:w="100" w:type="dxa"/>
              <w:left w:w="120" w:type="dxa"/>
              <w:bottom w:w="100" w:type="dxa"/>
              <w:right w:w="120" w:type="dxa"/>
            </w:tcMar>
            <w:vAlign w:val="center"/>
          </w:tcPr>
          <w:p w14:paraId="68D1263F" w14:textId="77777777" w:rsidR="00830924" w:rsidRPr="00584666" w:rsidRDefault="00830924">
            <w:pPr>
              <w:rPr>
                <w:rFonts w:ascii="游明朝" w:eastAsia="游明朝" w:hAnsi="游明朝"/>
              </w:rPr>
            </w:pPr>
          </w:p>
        </w:tc>
        <w:tc>
          <w:tcPr>
            <w:tcW w:w="2654" w:type="dxa"/>
            <w:tcMar>
              <w:top w:w="100" w:type="dxa"/>
              <w:left w:w="120" w:type="dxa"/>
              <w:bottom w:w="100" w:type="dxa"/>
              <w:right w:w="120" w:type="dxa"/>
            </w:tcMar>
            <w:vAlign w:val="center"/>
          </w:tcPr>
          <w:p w14:paraId="3AB5319A" w14:textId="77777777" w:rsidR="00830924" w:rsidRPr="00584666" w:rsidRDefault="00830924">
            <w:pPr>
              <w:rPr>
                <w:rFonts w:ascii="游明朝" w:eastAsia="游明朝" w:hAnsi="游明朝"/>
              </w:rPr>
            </w:pPr>
          </w:p>
        </w:tc>
      </w:tr>
      <w:tr w:rsidR="00830924" w:rsidRPr="00584666" w14:paraId="22373624" w14:textId="77777777" w:rsidTr="00A23341">
        <w:trPr>
          <w:trHeight w:val="680"/>
          <w:jc w:val="center"/>
        </w:trPr>
        <w:tc>
          <w:tcPr>
            <w:tcW w:w="1983" w:type="dxa"/>
            <w:tcMar>
              <w:top w:w="100" w:type="dxa"/>
              <w:left w:w="120" w:type="dxa"/>
              <w:bottom w:w="100" w:type="dxa"/>
              <w:right w:w="120" w:type="dxa"/>
            </w:tcMar>
            <w:vAlign w:val="center"/>
          </w:tcPr>
          <w:p w14:paraId="395D9C9D" w14:textId="77777777" w:rsidR="00830924" w:rsidRPr="00584666" w:rsidRDefault="00830924">
            <w:pPr>
              <w:rPr>
                <w:rFonts w:ascii="游明朝" w:eastAsia="游明朝" w:hAnsi="游明朝"/>
              </w:rPr>
            </w:pPr>
          </w:p>
        </w:tc>
        <w:tc>
          <w:tcPr>
            <w:tcW w:w="5665" w:type="dxa"/>
            <w:tcMar>
              <w:top w:w="100" w:type="dxa"/>
              <w:left w:w="120" w:type="dxa"/>
              <w:bottom w:w="100" w:type="dxa"/>
              <w:right w:w="120" w:type="dxa"/>
            </w:tcMar>
            <w:vAlign w:val="center"/>
          </w:tcPr>
          <w:p w14:paraId="574E0A8D" w14:textId="77777777" w:rsidR="00830924" w:rsidRPr="00584666" w:rsidRDefault="00830924">
            <w:pPr>
              <w:rPr>
                <w:rFonts w:ascii="游明朝" w:eastAsia="游明朝" w:hAnsi="游明朝"/>
              </w:rPr>
            </w:pPr>
          </w:p>
        </w:tc>
        <w:tc>
          <w:tcPr>
            <w:tcW w:w="2654" w:type="dxa"/>
            <w:tcMar>
              <w:top w:w="100" w:type="dxa"/>
              <w:left w:w="120" w:type="dxa"/>
              <w:bottom w:w="100" w:type="dxa"/>
              <w:right w:w="120" w:type="dxa"/>
            </w:tcMar>
            <w:vAlign w:val="center"/>
          </w:tcPr>
          <w:p w14:paraId="67F7A30E" w14:textId="77777777" w:rsidR="00830924" w:rsidRPr="00584666" w:rsidRDefault="00830924">
            <w:pPr>
              <w:rPr>
                <w:rFonts w:ascii="游明朝" w:eastAsia="游明朝" w:hAnsi="游明朝"/>
              </w:rPr>
            </w:pPr>
          </w:p>
        </w:tc>
      </w:tr>
      <w:tr w:rsidR="00DB26BB" w:rsidRPr="00584666" w14:paraId="396323D9" w14:textId="77777777" w:rsidTr="00884F35">
        <w:trPr>
          <w:trHeight w:val="680"/>
          <w:jc w:val="center"/>
        </w:trPr>
        <w:tc>
          <w:tcPr>
            <w:tcW w:w="1983" w:type="dxa"/>
            <w:tcMar>
              <w:top w:w="100" w:type="dxa"/>
              <w:left w:w="120" w:type="dxa"/>
              <w:bottom w:w="100" w:type="dxa"/>
              <w:right w:w="120" w:type="dxa"/>
            </w:tcMar>
            <w:vAlign w:val="center"/>
          </w:tcPr>
          <w:p w14:paraId="7AAB9356" w14:textId="77777777" w:rsidR="00DB26BB" w:rsidRPr="00584666" w:rsidRDefault="00DB26BB" w:rsidP="00884F35">
            <w:pPr>
              <w:rPr>
                <w:rFonts w:ascii="游明朝" w:eastAsia="游明朝" w:hAnsi="游明朝"/>
              </w:rPr>
            </w:pPr>
          </w:p>
        </w:tc>
        <w:tc>
          <w:tcPr>
            <w:tcW w:w="5665" w:type="dxa"/>
            <w:tcMar>
              <w:top w:w="100" w:type="dxa"/>
              <w:left w:w="120" w:type="dxa"/>
              <w:bottom w:w="100" w:type="dxa"/>
              <w:right w:w="120" w:type="dxa"/>
            </w:tcMar>
            <w:vAlign w:val="center"/>
          </w:tcPr>
          <w:p w14:paraId="23404C18" w14:textId="77777777" w:rsidR="00DB26BB" w:rsidRPr="00584666" w:rsidRDefault="00DB26BB" w:rsidP="00884F35">
            <w:pPr>
              <w:rPr>
                <w:rFonts w:ascii="游明朝" w:eastAsia="游明朝" w:hAnsi="游明朝"/>
              </w:rPr>
            </w:pPr>
          </w:p>
        </w:tc>
        <w:tc>
          <w:tcPr>
            <w:tcW w:w="2654" w:type="dxa"/>
            <w:tcMar>
              <w:top w:w="100" w:type="dxa"/>
              <w:left w:w="120" w:type="dxa"/>
              <w:bottom w:w="100" w:type="dxa"/>
              <w:right w:w="120" w:type="dxa"/>
            </w:tcMar>
            <w:vAlign w:val="center"/>
          </w:tcPr>
          <w:p w14:paraId="74B40650" w14:textId="77777777" w:rsidR="00DB26BB" w:rsidRPr="00584666" w:rsidRDefault="00DB26BB" w:rsidP="00884F35">
            <w:pPr>
              <w:rPr>
                <w:rFonts w:ascii="游明朝" w:eastAsia="游明朝" w:hAnsi="游明朝"/>
              </w:rPr>
            </w:pPr>
          </w:p>
        </w:tc>
      </w:tr>
    </w:tbl>
    <w:p w14:paraId="0779200C" w14:textId="1259D536" w:rsidR="00830924" w:rsidRPr="00584666" w:rsidRDefault="00000000">
      <w:pPr>
        <w:spacing w:before="160" w:after="80"/>
        <w:rPr>
          <w:rFonts w:ascii="游明朝" w:eastAsia="游明朝" w:hAnsi="游明朝"/>
        </w:rPr>
      </w:pPr>
      <w:r w:rsidRPr="00584666">
        <w:rPr>
          <w:rFonts w:ascii="游明朝" w:eastAsia="游明朝" w:hAnsi="游明朝"/>
          <w:b/>
          <w:sz w:val="24"/>
        </w:rPr>
        <w:lastRenderedPageBreak/>
        <w:t>5．実施体制</w:t>
      </w:r>
    </w:p>
    <w:tbl>
      <w:tblPr>
        <w:tblStyle w:val="afe"/>
        <w:tblW w:w="0" w:type="auto"/>
        <w:jc w:val="center"/>
        <w:tblLook w:val="04A0" w:firstRow="1" w:lastRow="0" w:firstColumn="1" w:lastColumn="0" w:noHBand="0" w:noVBand="1"/>
      </w:tblPr>
      <w:tblGrid>
        <w:gridCol w:w="10302"/>
      </w:tblGrid>
      <w:tr w:rsidR="00830924" w:rsidRPr="00584666" w14:paraId="422289D8" w14:textId="77777777">
        <w:trPr>
          <w:jc w:val="center"/>
        </w:trPr>
        <w:tc>
          <w:tcPr>
            <w:tcW w:w="10312" w:type="dxa"/>
            <w:shd w:val="clear" w:color="auto" w:fill="F2F2F2"/>
            <w:tcMar>
              <w:top w:w="100" w:type="dxa"/>
              <w:left w:w="120" w:type="dxa"/>
              <w:bottom w:w="100" w:type="dxa"/>
              <w:right w:w="120" w:type="dxa"/>
            </w:tcMar>
            <w:vAlign w:val="center"/>
          </w:tcPr>
          <w:p w14:paraId="4CCF3052" w14:textId="77777777" w:rsidR="00830924" w:rsidRPr="00584666" w:rsidRDefault="00000000">
            <w:pPr>
              <w:rPr>
                <w:rFonts w:ascii="游明朝" w:eastAsia="游明朝" w:hAnsi="游明朝"/>
                <w:lang w:eastAsia="ja-JP"/>
              </w:rPr>
            </w:pPr>
            <w:r w:rsidRPr="00584666">
              <w:rPr>
                <w:rFonts w:ascii="游明朝" w:eastAsia="游明朝" w:hAnsi="游明朝"/>
                <w:b/>
                <w:lang w:eastAsia="ja-JP"/>
              </w:rPr>
              <w:t>（1）実施体制・役割分担を記入してください。</w:t>
            </w:r>
            <w:r w:rsidRPr="00584666">
              <w:rPr>
                <w:rFonts w:ascii="游明朝" w:eastAsia="游明朝" w:hAnsi="游明朝"/>
                <w:color w:val="505050"/>
                <w:sz w:val="16"/>
                <w:lang w:eastAsia="ja-JP"/>
              </w:rPr>
              <w:t xml:space="preserve">　【審査の視点：実現可能性】</w:t>
            </w:r>
          </w:p>
          <w:p w14:paraId="437D89F6" w14:textId="3BB04F7A" w:rsidR="00830924" w:rsidRPr="00584666" w:rsidRDefault="00DB26BB">
            <w:pPr>
              <w:spacing w:before="20"/>
              <w:rPr>
                <w:rFonts w:ascii="游明朝" w:eastAsia="游明朝" w:hAnsi="游明朝"/>
                <w:lang w:eastAsia="ja-JP"/>
              </w:rPr>
            </w:pPr>
            <w:r w:rsidRPr="00584666">
              <w:rPr>
                <w:rFonts w:ascii="游明朝" w:eastAsia="游明朝" w:hAnsi="游明朝" w:hint="eastAsia"/>
                <w:color w:val="5A5A5A"/>
                <w:sz w:val="16"/>
                <w:lang w:eastAsia="ja-JP"/>
              </w:rPr>
              <w:t>教育委員会</w:t>
            </w:r>
            <w:r w:rsidR="00C25771" w:rsidRPr="00584666">
              <w:rPr>
                <w:rFonts w:ascii="游明朝" w:eastAsia="游明朝" w:hAnsi="游明朝" w:hint="eastAsia"/>
                <w:color w:val="5A5A5A"/>
                <w:sz w:val="16"/>
                <w:lang w:eastAsia="ja-JP"/>
              </w:rPr>
              <w:t>や学校</w:t>
            </w:r>
            <w:r w:rsidRPr="00584666">
              <w:rPr>
                <w:rFonts w:ascii="游明朝" w:eastAsia="游明朝" w:hAnsi="游明朝" w:hint="eastAsia"/>
                <w:color w:val="5A5A5A"/>
                <w:sz w:val="16"/>
                <w:lang w:eastAsia="ja-JP"/>
              </w:rPr>
              <w:t>における体制、教育委員会と対象学校との連携体制・役割</w:t>
            </w:r>
            <w:r w:rsidRPr="00584666">
              <w:rPr>
                <w:rFonts w:ascii="游明朝" w:eastAsia="游明朝" w:hAnsi="游明朝"/>
                <w:color w:val="5A5A5A"/>
                <w:sz w:val="16"/>
                <w:lang w:eastAsia="ja-JP"/>
              </w:rPr>
              <w:t>を記入してください</w:t>
            </w:r>
            <w:r w:rsidR="00737CB9" w:rsidRPr="00584666">
              <w:rPr>
                <w:rFonts w:ascii="游明朝" w:eastAsia="游明朝" w:hAnsi="游明朝" w:hint="eastAsia"/>
                <w:color w:val="5A5A5A"/>
                <w:sz w:val="16"/>
                <w:lang w:eastAsia="ja-JP"/>
              </w:rPr>
              <w:t>（</w:t>
            </w:r>
            <w:r w:rsidRPr="00584666">
              <w:rPr>
                <w:rFonts w:ascii="游明朝" w:eastAsia="游明朝" w:hAnsi="游明朝"/>
                <w:color w:val="5A5A5A"/>
                <w:sz w:val="16"/>
                <w:lang w:eastAsia="ja-JP"/>
              </w:rPr>
              <w:t>400字程度</w:t>
            </w:r>
            <w:r w:rsidR="00737CB9" w:rsidRPr="00584666">
              <w:rPr>
                <w:rFonts w:ascii="游明朝" w:eastAsia="游明朝" w:hAnsi="游明朝"/>
                <w:color w:val="5A5A5A"/>
                <w:sz w:val="16"/>
                <w:lang w:eastAsia="ja-JP"/>
              </w:rPr>
              <w:t>）</w:t>
            </w:r>
            <w:r w:rsidR="00AB1C18" w:rsidRPr="00584666">
              <w:rPr>
                <w:rFonts w:ascii="游明朝" w:eastAsia="游明朝" w:hAnsi="游明朝" w:hint="eastAsia"/>
                <w:color w:val="5A5A5A"/>
                <w:sz w:val="16"/>
                <w:lang w:eastAsia="ja-JP"/>
              </w:rPr>
              <w:t>。</w:t>
            </w:r>
          </w:p>
        </w:tc>
      </w:tr>
      <w:tr w:rsidR="00830924" w:rsidRPr="00584666" w14:paraId="53357B96" w14:textId="77777777" w:rsidTr="00356DFB">
        <w:trPr>
          <w:trHeight w:val="1463"/>
          <w:jc w:val="center"/>
        </w:trPr>
        <w:tc>
          <w:tcPr>
            <w:tcW w:w="10312" w:type="dxa"/>
            <w:tcMar>
              <w:top w:w="100" w:type="dxa"/>
              <w:left w:w="120" w:type="dxa"/>
              <w:bottom w:w="100" w:type="dxa"/>
              <w:right w:w="120" w:type="dxa"/>
            </w:tcMar>
            <w:vAlign w:val="center"/>
          </w:tcPr>
          <w:p w14:paraId="420EF763" w14:textId="77777777" w:rsidR="00830924" w:rsidRPr="00584666" w:rsidRDefault="00830924">
            <w:pPr>
              <w:rPr>
                <w:rFonts w:ascii="游明朝" w:eastAsia="游明朝" w:hAnsi="游明朝"/>
                <w:lang w:eastAsia="ja-JP"/>
              </w:rPr>
            </w:pPr>
          </w:p>
        </w:tc>
      </w:tr>
    </w:tbl>
    <w:p w14:paraId="45D3158A" w14:textId="77777777" w:rsidR="00830924" w:rsidRPr="00584666" w:rsidRDefault="00830924">
      <w:pPr>
        <w:spacing w:after="20"/>
        <w:rPr>
          <w:rFonts w:ascii="游明朝" w:eastAsia="游明朝" w:hAnsi="游明朝"/>
          <w:lang w:eastAsia="ja-JP"/>
        </w:rPr>
      </w:pPr>
    </w:p>
    <w:tbl>
      <w:tblPr>
        <w:tblStyle w:val="afe"/>
        <w:tblW w:w="0" w:type="auto"/>
        <w:jc w:val="center"/>
        <w:tblLook w:val="04A0" w:firstRow="1" w:lastRow="0" w:firstColumn="1" w:lastColumn="0" w:noHBand="0" w:noVBand="1"/>
      </w:tblPr>
      <w:tblGrid>
        <w:gridCol w:w="10302"/>
      </w:tblGrid>
      <w:tr w:rsidR="00830924" w:rsidRPr="00584666" w14:paraId="6A65D588" w14:textId="77777777">
        <w:trPr>
          <w:jc w:val="center"/>
        </w:trPr>
        <w:tc>
          <w:tcPr>
            <w:tcW w:w="10312" w:type="dxa"/>
            <w:shd w:val="clear" w:color="auto" w:fill="F2F2F2"/>
            <w:tcMar>
              <w:top w:w="100" w:type="dxa"/>
              <w:left w:w="120" w:type="dxa"/>
              <w:bottom w:w="100" w:type="dxa"/>
              <w:right w:w="120" w:type="dxa"/>
            </w:tcMar>
            <w:vAlign w:val="center"/>
          </w:tcPr>
          <w:p w14:paraId="4DEE2620" w14:textId="77777777" w:rsidR="00830924" w:rsidRPr="00584666" w:rsidRDefault="00000000">
            <w:pPr>
              <w:rPr>
                <w:rFonts w:ascii="游明朝" w:eastAsia="游明朝" w:hAnsi="游明朝"/>
                <w:lang w:eastAsia="ja-JP"/>
              </w:rPr>
            </w:pPr>
            <w:r w:rsidRPr="00584666">
              <w:rPr>
                <w:rFonts w:ascii="游明朝" w:eastAsia="游明朝" w:hAnsi="游明朝"/>
                <w:b/>
                <w:lang w:eastAsia="ja-JP"/>
              </w:rPr>
              <w:t>（2）実施上想定される課題・リスクと、その対応を教えてください。</w:t>
            </w:r>
            <w:r w:rsidRPr="00584666">
              <w:rPr>
                <w:rFonts w:ascii="游明朝" w:eastAsia="游明朝" w:hAnsi="游明朝"/>
                <w:color w:val="505050"/>
                <w:sz w:val="16"/>
                <w:lang w:eastAsia="ja-JP"/>
              </w:rPr>
              <w:t xml:space="preserve">　【審査の視点：実現可能性】</w:t>
            </w:r>
          </w:p>
          <w:p w14:paraId="44396F0B" w14:textId="3A895D4D" w:rsidR="00830924" w:rsidRPr="00584666" w:rsidRDefault="00000000">
            <w:pPr>
              <w:spacing w:before="20"/>
              <w:rPr>
                <w:rFonts w:ascii="游明朝" w:eastAsia="游明朝" w:hAnsi="游明朝"/>
                <w:lang w:eastAsia="ja-JP"/>
              </w:rPr>
            </w:pPr>
            <w:r w:rsidRPr="00584666">
              <w:rPr>
                <w:rFonts w:ascii="游明朝" w:eastAsia="游明朝" w:hAnsi="游明朝"/>
                <w:color w:val="5A5A5A"/>
                <w:sz w:val="16"/>
                <w:lang w:eastAsia="ja-JP"/>
              </w:rPr>
              <w:t>人員、日程、外部連携、児童生徒への配慮、安全面等について、想定されることがあれば記入してください</w:t>
            </w:r>
            <w:r w:rsidR="00737CB9" w:rsidRPr="00584666">
              <w:rPr>
                <w:rFonts w:ascii="游明朝" w:eastAsia="游明朝" w:hAnsi="游明朝" w:hint="eastAsia"/>
                <w:color w:val="5A5A5A"/>
                <w:sz w:val="16"/>
                <w:lang w:eastAsia="ja-JP"/>
              </w:rPr>
              <w:t>（4</w:t>
            </w:r>
            <w:r w:rsidRPr="00584666">
              <w:rPr>
                <w:rFonts w:ascii="游明朝" w:eastAsia="游明朝" w:hAnsi="游明朝"/>
                <w:color w:val="5A5A5A"/>
                <w:sz w:val="16"/>
                <w:lang w:eastAsia="ja-JP"/>
              </w:rPr>
              <w:t>00字程度</w:t>
            </w:r>
            <w:r w:rsidR="00737CB9" w:rsidRPr="00584666">
              <w:rPr>
                <w:rFonts w:ascii="游明朝" w:eastAsia="游明朝" w:hAnsi="游明朝"/>
                <w:color w:val="5A5A5A"/>
                <w:sz w:val="16"/>
                <w:lang w:eastAsia="ja-JP"/>
              </w:rPr>
              <w:t>）</w:t>
            </w:r>
            <w:r w:rsidR="00AB1C18" w:rsidRPr="00584666">
              <w:rPr>
                <w:rFonts w:ascii="游明朝" w:eastAsia="游明朝" w:hAnsi="游明朝" w:hint="eastAsia"/>
                <w:color w:val="5A5A5A"/>
                <w:sz w:val="16"/>
                <w:lang w:eastAsia="ja-JP"/>
              </w:rPr>
              <w:t>。</w:t>
            </w:r>
          </w:p>
        </w:tc>
      </w:tr>
      <w:tr w:rsidR="00830924" w:rsidRPr="00584666" w14:paraId="09FFF8F7" w14:textId="77777777" w:rsidTr="00356DFB">
        <w:trPr>
          <w:trHeight w:val="1453"/>
          <w:jc w:val="center"/>
        </w:trPr>
        <w:tc>
          <w:tcPr>
            <w:tcW w:w="10312" w:type="dxa"/>
            <w:tcMar>
              <w:top w:w="100" w:type="dxa"/>
              <w:left w:w="120" w:type="dxa"/>
              <w:bottom w:w="100" w:type="dxa"/>
              <w:right w:w="120" w:type="dxa"/>
            </w:tcMar>
            <w:vAlign w:val="center"/>
          </w:tcPr>
          <w:p w14:paraId="5FBDA8C2" w14:textId="77777777" w:rsidR="00830924" w:rsidRPr="00584666" w:rsidRDefault="00830924">
            <w:pPr>
              <w:rPr>
                <w:rFonts w:ascii="游明朝" w:eastAsia="游明朝" w:hAnsi="游明朝"/>
                <w:lang w:eastAsia="ja-JP"/>
              </w:rPr>
            </w:pPr>
          </w:p>
        </w:tc>
      </w:tr>
    </w:tbl>
    <w:p w14:paraId="3BFED114" w14:textId="77777777" w:rsidR="00830924" w:rsidRPr="00584666" w:rsidRDefault="00830924">
      <w:pPr>
        <w:spacing w:after="20"/>
        <w:rPr>
          <w:rFonts w:ascii="游明朝" w:eastAsia="游明朝" w:hAnsi="游明朝"/>
          <w:lang w:eastAsia="ja-JP"/>
        </w:rPr>
      </w:pPr>
    </w:p>
    <w:p w14:paraId="39A7D2B1" w14:textId="77777777" w:rsidR="00830924" w:rsidRPr="00584666" w:rsidRDefault="00000000">
      <w:pPr>
        <w:spacing w:before="160" w:after="80"/>
        <w:rPr>
          <w:rFonts w:ascii="游明朝" w:eastAsia="游明朝" w:hAnsi="游明朝"/>
        </w:rPr>
      </w:pPr>
      <w:r w:rsidRPr="00584666">
        <w:rPr>
          <w:rFonts w:ascii="游明朝" w:eastAsia="游明朝" w:hAnsi="游明朝"/>
          <w:b/>
          <w:sz w:val="24"/>
        </w:rPr>
        <w:t>6．成果の確認と広がり</w:t>
      </w:r>
    </w:p>
    <w:tbl>
      <w:tblPr>
        <w:tblStyle w:val="afe"/>
        <w:tblW w:w="0" w:type="auto"/>
        <w:jc w:val="center"/>
        <w:tblLook w:val="04A0" w:firstRow="1" w:lastRow="0" w:firstColumn="1" w:lastColumn="0" w:noHBand="0" w:noVBand="1"/>
      </w:tblPr>
      <w:tblGrid>
        <w:gridCol w:w="10302"/>
      </w:tblGrid>
      <w:tr w:rsidR="00830924" w:rsidRPr="00584666" w14:paraId="3F8ED444" w14:textId="77777777">
        <w:trPr>
          <w:jc w:val="center"/>
        </w:trPr>
        <w:tc>
          <w:tcPr>
            <w:tcW w:w="10312" w:type="dxa"/>
            <w:shd w:val="clear" w:color="auto" w:fill="F2F2F2"/>
            <w:tcMar>
              <w:top w:w="100" w:type="dxa"/>
              <w:left w:w="120" w:type="dxa"/>
              <w:bottom w:w="100" w:type="dxa"/>
              <w:right w:w="120" w:type="dxa"/>
            </w:tcMar>
            <w:vAlign w:val="center"/>
          </w:tcPr>
          <w:p w14:paraId="764AB5C0" w14:textId="77777777" w:rsidR="00830924" w:rsidRPr="00584666" w:rsidRDefault="00000000">
            <w:pPr>
              <w:rPr>
                <w:rFonts w:ascii="游明朝" w:eastAsia="游明朝" w:hAnsi="游明朝"/>
                <w:lang w:eastAsia="ja-JP"/>
              </w:rPr>
            </w:pPr>
            <w:r w:rsidRPr="00584666">
              <w:rPr>
                <w:rFonts w:ascii="游明朝" w:eastAsia="游明朝" w:hAnsi="游明朝"/>
                <w:b/>
                <w:lang w:eastAsia="ja-JP"/>
              </w:rPr>
              <w:t>（1）取組の成果を、どのように確認しますか。</w:t>
            </w:r>
            <w:r w:rsidRPr="00584666">
              <w:rPr>
                <w:rFonts w:ascii="游明朝" w:eastAsia="游明朝" w:hAnsi="游明朝"/>
                <w:color w:val="505050"/>
                <w:sz w:val="16"/>
                <w:lang w:eastAsia="ja-JP"/>
              </w:rPr>
              <w:t xml:space="preserve">　【審査の視点：妥当性】</w:t>
            </w:r>
          </w:p>
          <w:p w14:paraId="2B2B84B5" w14:textId="65311CA2" w:rsidR="00830924" w:rsidRPr="00584666" w:rsidRDefault="00000000" w:rsidP="00DB26BB">
            <w:pPr>
              <w:spacing w:before="20"/>
              <w:rPr>
                <w:rFonts w:ascii="游明朝" w:eastAsia="游明朝" w:hAnsi="游明朝"/>
                <w:lang w:eastAsia="ja-JP"/>
              </w:rPr>
            </w:pPr>
            <w:r w:rsidRPr="00584666">
              <w:rPr>
                <w:rFonts w:ascii="游明朝" w:eastAsia="游明朝" w:hAnsi="游明朝"/>
                <w:color w:val="5A5A5A"/>
                <w:sz w:val="16"/>
                <w:lang w:eastAsia="ja-JP"/>
              </w:rPr>
              <w:t>参加状況、児童生徒・教職員の声、アンケート、授業や活動の変化、成果物等、実施後に</w:t>
            </w:r>
            <w:r w:rsidR="00AB1C18" w:rsidRPr="00584666">
              <w:rPr>
                <w:rFonts w:ascii="游明朝" w:eastAsia="游明朝" w:hAnsi="游明朝" w:hint="eastAsia"/>
                <w:color w:val="5A5A5A"/>
                <w:sz w:val="16"/>
                <w:lang w:eastAsia="ja-JP"/>
              </w:rPr>
              <w:t>取組の成果を</w:t>
            </w:r>
            <w:r w:rsidRPr="00584666">
              <w:rPr>
                <w:rFonts w:ascii="游明朝" w:eastAsia="游明朝" w:hAnsi="游明朝"/>
                <w:color w:val="5A5A5A"/>
                <w:sz w:val="16"/>
                <w:lang w:eastAsia="ja-JP"/>
              </w:rPr>
              <w:t>確認する方法を記入してください</w:t>
            </w:r>
            <w:r w:rsidR="00737CB9" w:rsidRPr="00584666">
              <w:rPr>
                <w:rFonts w:ascii="游明朝" w:eastAsia="游明朝" w:hAnsi="游明朝" w:hint="eastAsia"/>
                <w:color w:val="5A5A5A"/>
                <w:sz w:val="16"/>
                <w:lang w:eastAsia="ja-JP"/>
              </w:rPr>
              <w:t>（</w:t>
            </w:r>
            <w:r w:rsidRPr="00584666">
              <w:rPr>
                <w:rFonts w:ascii="游明朝" w:eastAsia="游明朝" w:hAnsi="游明朝"/>
                <w:color w:val="5A5A5A"/>
                <w:sz w:val="16"/>
                <w:lang w:eastAsia="ja-JP"/>
              </w:rPr>
              <w:t>400字程度</w:t>
            </w:r>
            <w:r w:rsidR="00737CB9" w:rsidRPr="00584666">
              <w:rPr>
                <w:rFonts w:ascii="游明朝" w:eastAsia="游明朝" w:hAnsi="游明朝"/>
                <w:color w:val="5A5A5A"/>
                <w:sz w:val="16"/>
                <w:lang w:eastAsia="ja-JP"/>
              </w:rPr>
              <w:t>）</w:t>
            </w:r>
            <w:r w:rsidR="00AB1C18" w:rsidRPr="00584666">
              <w:rPr>
                <w:rFonts w:ascii="游明朝" w:eastAsia="游明朝" w:hAnsi="游明朝" w:hint="eastAsia"/>
                <w:color w:val="5A5A5A"/>
                <w:sz w:val="16"/>
                <w:lang w:eastAsia="ja-JP"/>
              </w:rPr>
              <w:t>。</w:t>
            </w:r>
          </w:p>
        </w:tc>
      </w:tr>
      <w:tr w:rsidR="00830924" w:rsidRPr="00584666" w14:paraId="65E6822C" w14:textId="77777777" w:rsidTr="00382B48">
        <w:trPr>
          <w:trHeight w:val="1400"/>
          <w:jc w:val="center"/>
        </w:trPr>
        <w:tc>
          <w:tcPr>
            <w:tcW w:w="10312" w:type="dxa"/>
            <w:tcMar>
              <w:top w:w="100" w:type="dxa"/>
              <w:left w:w="120" w:type="dxa"/>
              <w:bottom w:w="100" w:type="dxa"/>
              <w:right w:w="120" w:type="dxa"/>
            </w:tcMar>
            <w:vAlign w:val="center"/>
          </w:tcPr>
          <w:p w14:paraId="65721D9A" w14:textId="77777777" w:rsidR="00830924" w:rsidRPr="00584666" w:rsidRDefault="00830924">
            <w:pPr>
              <w:rPr>
                <w:rFonts w:ascii="游明朝" w:eastAsia="游明朝" w:hAnsi="游明朝"/>
                <w:lang w:eastAsia="ja-JP"/>
              </w:rPr>
            </w:pPr>
          </w:p>
        </w:tc>
      </w:tr>
    </w:tbl>
    <w:p w14:paraId="571CBB08" w14:textId="77777777" w:rsidR="00830924" w:rsidRPr="00584666" w:rsidRDefault="00830924">
      <w:pPr>
        <w:spacing w:after="20"/>
        <w:rPr>
          <w:rFonts w:ascii="游明朝" w:eastAsia="游明朝" w:hAnsi="游明朝"/>
          <w:lang w:eastAsia="ja-JP"/>
        </w:rPr>
      </w:pPr>
    </w:p>
    <w:tbl>
      <w:tblPr>
        <w:tblStyle w:val="afe"/>
        <w:tblW w:w="0" w:type="auto"/>
        <w:jc w:val="center"/>
        <w:tblLook w:val="04A0" w:firstRow="1" w:lastRow="0" w:firstColumn="1" w:lastColumn="0" w:noHBand="0" w:noVBand="1"/>
      </w:tblPr>
      <w:tblGrid>
        <w:gridCol w:w="10302"/>
      </w:tblGrid>
      <w:tr w:rsidR="00830924" w:rsidRPr="00584666" w14:paraId="106607E3" w14:textId="77777777">
        <w:trPr>
          <w:jc w:val="center"/>
        </w:trPr>
        <w:tc>
          <w:tcPr>
            <w:tcW w:w="10312" w:type="dxa"/>
            <w:shd w:val="clear" w:color="auto" w:fill="F2F2F2"/>
            <w:tcMar>
              <w:top w:w="100" w:type="dxa"/>
              <w:left w:w="120" w:type="dxa"/>
              <w:bottom w:w="100" w:type="dxa"/>
              <w:right w:w="120" w:type="dxa"/>
            </w:tcMar>
            <w:vAlign w:val="center"/>
          </w:tcPr>
          <w:p w14:paraId="04401513" w14:textId="77777777" w:rsidR="00830924" w:rsidRPr="00584666" w:rsidRDefault="00000000">
            <w:pPr>
              <w:rPr>
                <w:rFonts w:ascii="游明朝" w:eastAsia="游明朝" w:hAnsi="游明朝"/>
                <w:lang w:eastAsia="ja-JP"/>
              </w:rPr>
            </w:pPr>
            <w:r w:rsidRPr="00584666">
              <w:rPr>
                <w:rFonts w:ascii="游明朝" w:eastAsia="游明朝" w:hAnsi="游明朝"/>
                <w:b/>
                <w:lang w:eastAsia="ja-JP"/>
              </w:rPr>
              <w:t>（2）成果をどのように学校内外へ還元・共有しますか。</w:t>
            </w:r>
            <w:r w:rsidRPr="00584666">
              <w:rPr>
                <w:rFonts w:ascii="游明朝" w:eastAsia="游明朝" w:hAnsi="游明朝"/>
                <w:color w:val="505050"/>
                <w:sz w:val="16"/>
                <w:lang w:eastAsia="ja-JP"/>
              </w:rPr>
              <w:t xml:space="preserve">　【審査の視点：波及効果／公益性・開放性】</w:t>
            </w:r>
          </w:p>
          <w:p w14:paraId="29753459" w14:textId="63BBC633" w:rsidR="00830924" w:rsidRPr="00584666" w:rsidRDefault="00000000" w:rsidP="00737CB9">
            <w:pPr>
              <w:spacing w:before="20"/>
              <w:rPr>
                <w:rFonts w:ascii="游明朝" w:eastAsia="游明朝" w:hAnsi="游明朝"/>
                <w:lang w:eastAsia="ja-JP"/>
              </w:rPr>
            </w:pPr>
            <w:r w:rsidRPr="00584666">
              <w:rPr>
                <w:rFonts w:ascii="游明朝" w:eastAsia="游明朝" w:hAnsi="游明朝"/>
                <w:color w:val="5A5A5A"/>
                <w:sz w:val="16"/>
                <w:lang w:eastAsia="ja-JP"/>
              </w:rPr>
              <w:t>他学年、校内の他の教職員、他校、地域、教育委員会等への共有や、成果物・実践知の公開など、広がりの可能性を記入してください</w:t>
            </w:r>
            <w:r w:rsidR="00737CB9" w:rsidRPr="00584666">
              <w:rPr>
                <w:rFonts w:ascii="游明朝" w:eastAsia="游明朝" w:hAnsi="游明朝" w:hint="eastAsia"/>
                <w:color w:val="5A5A5A"/>
                <w:sz w:val="16"/>
                <w:lang w:eastAsia="ja-JP"/>
              </w:rPr>
              <w:t>（400</w:t>
            </w:r>
            <w:r w:rsidRPr="00584666">
              <w:rPr>
                <w:rFonts w:ascii="游明朝" w:eastAsia="游明朝" w:hAnsi="游明朝"/>
                <w:color w:val="5A5A5A"/>
                <w:sz w:val="16"/>
                <w:lang w:eastAsia="ja-JP"/>
              </w:rPr>
              <w:t>字程度</w:t>
            </w:r>
            <w:r w:rsidR="00737CB9" w:rsidRPr="00584666">
              <w:rPr>
                <w:rFonts w:ascii="游明朝" w:eastAsia="游明朝" w:hAnsi="游明朝"/>
                <w:color w:val="5A5A5A"/>
                <w:sz w:val="16"/>
                <w:lang w:eastAsia="ja-JP"/>
              </w:rPr>
              <w:t>）</w:t>
            </w:r>
            <w:r w:rsidR="00AB1C18" w:rsidRPr="00584666">
              <w:rPr>
                <w:rFonts w:ascii="游明朝" w:eastAsia="游明朝" w:hAnsi="游明朝" w:hint="eastAsia"/>
                <w:color w:val="5A5A5A"/>
                <w:sz w:val="16"/>
                <w:lang w:eastAsia="ja-JP"/>
              </w:rPr>
              <w:t>。</w:t>
            </w:r>
          </w:p>
        </w:tc>
      </w:tr>
      <w:tr w:rsidR="00830924" w:rsidRPr="00584666" w14:paraId="5697095A" w14:textId="77777777" w:rsidTr="00356DFB">
        <w:trPr>
          <w:trHeight w:val="1553"/>
          <w:jc w:val="center"/>
        </w:trPr>
        <w:tc>
          <w:tcPr>
            <w:tcW w:w="10312" w:type="dxa"/>
            <w:tcMar>
              <w:top w:w="100" w:type="dxa"/>
              <w:left w:w="120" w:type="dxa"/>
              <w:bottom w:w="100" w:type="dxa"/>
              <w:right w:w="120" w:type="dxa"/>
            </w:tcMar>
            <w:vAlign w:val="center"/>
          </w:tcPr>
          <w:p w14:paraId="354942DE" w14:textId="77777777" w:rsidR="00830924" w:rsidRPr="00584666" w:rsidRDefault="00830924">
            <w:pPr>
              <w:rPr>
                <w:rFonts w:ascii="游明朝" w:eastAsia="游明朝" w:hAnsi="游明朝"/>
                <w:lang w:eastAsia="ja-JP"/>
              </w:rPr>
            </w:pPr>
          </w:p>
        </w:tc>
      </w:tr>
    </w:tbl>
    <w:p w14:paraId="7B4E9F34" w14:textId="77777777" w:rsidR="00830924" w:rsidRPr="00584666" w:rsidRDefault="00830924">
      <w:pPr>
        <w:spacing w:after="20"/>
        <w:rPr>
          <w:rFonts w:ascii="游明朝" w:eastAsia="游明朝" w:hAnsi="游明朝"/>
          <w:lang w:eastAsia="ja-JP"/>
        </w:rPr>
      </w:pPr>
    </w:p>
    <w:p w14:paraId="517F45B0" w14:textId="77777777" w:rsidR="00382B48" w:rsidRPr="00584666" w:rsidRDefault="00382B48">
      <w:pPr>
        <w:spacing w:after="20"/>
        <w:rPr>
          <w:rFonts w:ascii="游明朝" w:eastAsia="游明朝" w:hAnsi="游明朝"/>
          <w:lang w:eastAsia="ja-JP"/>
        </w:rPr>
      </w:pPr>
    </w:p>
    <w:p w14:paraId="123E821C" w14:textId="77777777" w:rsidR="00830924" w:rsidRPr="00584666" w:rsidRDefault="00000000">
      <w:pPr>
        <w:spacing w:before="160" w:after="80"/>
        <w:rPr>
          <w:rFonts w:ascii="游明朝" w:eastAsia="游明朝" w:hAnsi="游明朝"/>
          <w:lang w:eastAsia="ja-JP"/>
        </w:rPr>
      </w:pPr>
      <w:r w:rsidRPr="00584666">
        <w:rPr>
          <w:rFonts w:ascii="游明朝" w:eastAsia="游明朝" w:hAnsi="游明朝"/>
          <w:b/>
          <w:sz w:val="24"/>
          <w:lang w:eastAsia="ja-JP"/>
        </w:rPr>
        <w:lastRenderedPageBreak/>
        <w:t>7．収支予算</w:t>
      </w:r>
    </w:p>
    <w:p w14:paraId="03121529" w14:textId="6DA06E7A" w:rsidR="00830924" w:rsidRPr="00584666" w:rsidRDefault="00000000">
      <w:pPr>
        <w:spacing w:after="60"/>
        <w:rPr>
          <w:rFonts w:ascii="游明朝" w:eastAsia="游明朝" w:hAnsi="游明朝"/>
          <w:lang w:eastAsia="ja-JP"/>
        </w:rPr>
      </w:pPr>
      <w:r w:rsidRPr="00584666">
        <w:rPr>
          <w:rFonts w:ascii="游明朝" w:eastAsia="游明朝" w:hAnsi="游明朝"/>
          <w:sz w:val="17"/>
          <w:lang w:eastAsia="ja-JP"/>
        </w:rPr>
        <w:t>※助成金の使途は、申請事業の実施に必要な経費であれば原則として費目を限定しません。ただし、</w:t>
      </w:r>
      <w:r w:rsidR="00737CB9" w:rsidRPr="00584666">
        <w:rPr>
          <w:rFonts w:ascii="游明朝" w:eastAsia="游明朝" w:hAnsi="游明朝" w:hint="eastAsia"/>
          <w:sz w:val="17"/>
          <w:lang w:eastAsia="ja-JP"/>
        </w:rPr>
        <w:t>本来税金等で対応すべき</w:t>
      </w:r>
      <w:r w:rsidRPr="00584666">
        <w:rPr>
          <w:rFonts w:ascii="游明朝" w:eastAsia="游明朝" w:hAnsi="游明朝"/>
          <w:sz w:val="17"/>
          <w:lang w:eastAsia="ja-JP"/>
        </w:rPr>
        <w:t>施設整備・備品</w:t>
      </w:r>
      <w:r w:rsidR="00737CB9" w:rsidRPr="00584666">
        <w:rPr>
          <w:rFonts w:ascii="游明朝" w:eastAsia="游明朝" w:hAnsi="游明朝" w:hint="eastAsia"/>
          <w:sz w:val="17"/>
          <w:lang w:eastAsia="ja-JP"/>
        </w:rPr>
        <w:t>等の</w:t>
      </w:r>
      <w:r w:rsidRPr="00584666">
        <w:rPr>
          <w:rFonts w:ascii="游明朝" w:eastAsia="游明朝" w:hAnsi="游明朝"/>
          <w:sz w:val="17"/>
          <w:lang w:eastAsia="ja-JP"/>
        </w:rPr>
        <w:t>購入</w:t>
      </w:r>
      <w:r w:rsidR="00737CB9" w:rsidRPr="00584666">
        <w:rPr>
          <w:rFonts w:ascii="游明朝" w:eastAsia="游明朝" w:hAnsi="游明朝" w:hint="eastAsia"/>
          <w:sz w:val="17"/>
          <w:lang w:eastAsia="ja-JP"/>
        </w:rPr>
        <w:t>は</w:t>
      </w:r>
      <w:r w:rsidRPr="00584666">
        <w:rPr>
          <w:rFonts w:ascii="游明朝" w:eastAsia="游明朝" w:hAnsi="游明朝"/>
          <w:sz w:val="17"/>
          <w:lang w:eastAsia="ja-JP"/>
        </w:rPr>
        <w:t>申請</w:t>
      </w:r>
      <w:r w:rsidR="00211024" w:rsidRPr="00584666">
        <w:rPr>
          <w:rFonts w:ascii="游明朝" w:eastAsia="游明朝" w:hAnsi="游明朝" w:hint="eastAsia"/>
          <w:sz w:val="17"/>
          <w:lang w:eastAsia="ja-JP"/>
        </w:rPr>
        <w:t>の</w:t>
      </w:r>
      <w:r w:rsidRPr="00584666">
        <w:rPr>
          <w:rFonts w:ascii="游明朝" w:eastAsia="游明朝" w:hAnsi="游明朝"/>
          <w:sz w:val="17"/>
          <w:lang w:eastAsia="ja-JP"/>
        </w:rPr>
        <w:t>対象外です。</w:t>
      </w:r>
      <w:r w:rsidR="00AC0029" w:rsidRPr="00584666">
        <w:rPr>
          <w:rFonts w:ascii="游明朝" w:eastAsia="游明朝" w:hAnsi="游明朝" w:hint="eastAsia"/>
          <w:sz w:val="17"/>
          <w:lang w:eastAsia="ja-JP"/>
        </w:rPr>
        <w:t>（記載例は、申請の際は削除し必要なもののみ計上してください。）</w:t>
      </w:r>
    </w:p>
    <w:tbl>
      <w:tblPr>
        <w:tblStyle w:val="afe"/>
        <w:tblW w:w="0" w:type="auto"/>
        <w:jc w:val="center"/>
        <w:tblLook w:val="04A0" w:firstRow="1" w:lastRow="0" w:firstColumn="1" w:lastColumn="0" w:noHBand="0" w:noVBand="1"/>
      </w:tblPr>
      <w:tblGrid>
        <w:gridCol w:w="2575"/>
        <w:gridCol w:w="2575"/>
        <w:gridCol w:w="2576"/>
        <w:gridCol w:w="2576"/>
      </w:tblGrid>
      <w:tr w:rsidR="00830924" w:rsidRPr="00584666" w14:paraId="53B98F37" w14:textId="77777777" w:rsidTr="00356DFB">
        <w:trPr>
          <w:tblHeader/>
          <w:jc w:val="center"/>
        </w:trPr>
        <w:tc>
          <w:tcPr>
            <w:tcW w:w="2575" w:type="dxa"/>
            <w:shd w:val="clear" w:color="auto" w:fill="D9E2F3"/>
            <w:tcMar>
              <w:top w:w="100" w:type="dxa"/>
              <w:left w:w="120" w:type="dxa"/>
              <w:bottom w:w="100" w:type="dxa"/>
              <w:right w:w="120" w:type="dxa"/>
            </w:tcMar>
            <w:vAlign w:val="center"/>
          </w:tcPr>
          <w:p w14:paraId="67C28714"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7"/>
              </w:rPr>
              <w:t>費目</w:t>
            </w:r>
            <w:proofErr w:type="spellEnd"/>
          </w:p>
        </w:tc>
        <w:tc>
          <w:tcPr>
            <w:tcW w:w="2575" w:type="dxa"/>
            <w:shd w:val="clear" w:color="auto" w:fill="D9E2F3"/>
            <w:tcMar>
              <w:top w:w="100" w:type="dxa"/>
              <w:left w:w="120" w:type="dxa"/>
              <w:bottom w:w="100" w:type="dxa"/>
              <w:right w:w="120" w:type="dxa"/>
            </w:tcMar>
            <w:vAlign w:val="center"/>
          </w:tcPr>
          <w:p w14:paraId="2CC50B85"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7"/>
              </w:rPr>
              <w:t>内容・算出根拠</w:t>
            </w:r>
            <w:proofErr w:type="spellEnd"/>
          </w:p>
        </w:tc>
        <w:tc>
          <w:tcPr>
            <w:tcW w:w="2576" w:type="dxa"/>
            <w:shd w:val="clear" w:color="auto" w:fill="D9E2F3"/>
            <w:tcMar>
              <w:top w:w="100" w:type="dxa"/>
              <w:left w:w="120" w:type="dxa"/>
              <w:bottom w:w="100" w:type="dxa"/>
              <w:right w:w="120" w:type="dxa"/>
            </w:tcMar>
            <w:vAlign w:val="center"/>
          </w:tcPr>
          <w:p w14:paraId="1E57C476"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7"/>
              </w:rPr>
              <w:t>金額（円</w:t>
            </w:r>
            <w:proofErr w:type="spellEnd"/>
            <w:r w:rsidRPr="00584666">
              <w:rPr>
                <w:rFonts w:ascii="游明朝" w:eastAsia="游明朝" w:hAnsi="游明朝"/>
                <w:b/>
                <w:sz w:val="17"/>
              </w:rPr>
              <w:t>）</w:t>
            </w:r>
          </w:p>
        </w:tc>
        <w:tc>
          <w:tcPr>
            <w:tcW w:w="2576" w:type="dxa"/>
            <w:shd w:val="clear" w:color="auto" w:fill="D9E2F3"/>
            <w:tcMar>
              <w:top w:w="100" w:type="dxa"/>
              <w:left w:w="120" w:type="dxa"/>
              <w:bottom w:w="100" w:type="dxa"/>
              <w:right w:w="120" w:type="dxa"/>
            </w:tcMar>
            <w:vAlign w:val="center"/>
          </w:tcPr>
          <w:p w14:paraId="28189FDC" w14:textId="77777777" w:rsidR="00830924" w:rsidRPr="00584666" w:rsidRDefault="00000000">
            <w:pPr>
              <w:jc w:val="center"/>
              <w:rPr>
                <w:rFonts w:ascii="游明朝" w:eastAsia="游明朝" w:hAnsi="游明朝"/>
                <w:lang w:eastAsia="ja-JP"/>
              </w:rPr>
            </w:pPr>
            <w:r w:rsidRPr="00584666">
              <w:rPr>
                <w:rFonts w:ascii="游明朝" w:eastAsia="游明朝" w:hAnsi="游明朝"/>
                <w:b/>
                <w:sz w:val="17"/>
                <w:lang w:eastAsia="ja-JP"/>
              </w:rPr>
              <w:t>うち本助成申請額（円）</w:t>
            </w:r>
          </w:p>
        </w:tc>
      </w:tr>
      <w:tr w:rsidR="00830924" w:rsidRPr="00584666" w14:paraId="5B6495EB" w14:textId="77777777" w:rsidTr="00356DFB">
        <w:trPr>
          <w:trHeight w:val="624"/>
          <w:jc w:val="center"/>
        </w:trPr>
        <w:tc>
          <w:tcPr>
            <w:tcW w:w="2575" w:type="dxa"/>
            <w:tcMar>
              <w:top w:w="100" w:type="dxa"/>
              <w:left w:w="120" w:type="dxa"/>
              <w:bottom w:w="100" w:type="dxa"/>
              <w:right w:w="120" w:type="dxa"/>
            </w:tcMar>
            <w:vAlign w:val="center"/>
          </w:tcPr>
          <w:p w14:paraId="10B81816" w14:textId="1624137F" w:rsidR="00830924" w:rsidRPr="00584666" w:rsidRDefault="00AB1C18">
            <w:pPr>
              <w:rPr>
                <w:rFonts w:ascii="游明朝" w:eastAsia="游明朝" w:hAnsi="游明朝"/>
                <w:lang w:eastAsia="ja-JP"/>
              </w:rPr>
            </w:pPr>
            <w:r w:rsidRPr="00584666">
              <w:rPr>
                <w:rFonts w:ascii="游明朝" w:eastAsia="游明朝" w:hAnsi="游明朝" w:hint="eastAsia"/>
                <w:lang w:eastAsia="ja-JP"/>
              </w:rPr>
              <w:t>人件費</w:t>
            </w:r>
          </w:p>
        </w:tc>
        <w:tc>
          <w:tcPr>
            <w:tcW w:w="2575" w:type="dxa"/>
            <w:tcMar>
              <w:top w:w="100" w:type="dxa"/>
              <w:left w:w="120" w:type="dxa"/>
              <w:bottom w:w="100" w:type="dxa"/>
              <w:right w:w="120" w:type="dxa"/>
            </w:tcMar>
            <w:vAlign w:val="center"/>
          </w:tcPr>
          <w:p w14:paraId="0ADE2CE3" w14:textId="3412224A" w:rsidR="00AC0029" w:rsidRPr="00584666" w:rsidRDefault="00AC0029" w:rsidP="0026464B">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（記載例）</w:t>
            </w:r>
          </w:p>
          <w:p w14:paraId="5755BFE2" w14:textId="45AFF887" w:rsidR="0026464B" w:rsidRPr="00584666" w:rsidRDefault="0026464B" w:rsidP="0026464B">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・雇用するアルバイト等の賃金</w:t>
            </w:r>
          </w:p>
          <w:p w14:paraId="0FAF37B7" w14:textId="77777777" w:rsidR="0026464B" w:rsidRPr="00584666" w:rsidRDefault="0026464B" w:rsidP="00356DFB">
            <w:pPr>
              <w:rPr>
                <w:rFonts w:asciiTheme="minorEastAsia" w:eastAsiaTheme="minorEastAsia" w:hAnsiTheme="minorEastAsia"/>
                <w:color w:val="0000FF"/>
                <w:sz w:val="16"/>
                <w:szCs w:val="16"/>
              </w:rPr>
            </w:pPr>
            <w:r w:rsidRPr="00584666">
              <w:rPr>
                <w:rFonts w:asciiTheme="minorEastAsia" w:eastAsiaTheme="minorEastAsia" w:hAnsiTheme="minorEastAsia" w:hint="eastAsia"/>
                <w:color w:val="0000FF"/>
                <w:sz w:val="16"/>
                <w:szCs w:val="16"/>
              </w:rPr>
              <w:t>○○</w:t>
            </w:r>
            <w:r w:rsidRPr="00584666">
              <w:rPr>
                <w:rFonts w:asciiTheme="minorEastAsia" w:eastAsiaTheme="minorEastAsia" w:hAnsiTheme="minorEastAsia"/>
                <w:color w:val="0000FF"/>
                <w:sz w:val="16"/>
                <w:szCs w:val="16"/>
              </w:rPr>
              <w:t>,○</w:t>
            </w:r>
            <w:r w:rsidRPr="00584666">
              <w:rPr>
                <w:rFonts w:asciiTheme="minorEastAsia" w:eastAsiaTheme="minorEastAsia" w:hAnsiTheme="minorEastAsia" w:hint="eastAsia"/>
                <w:color w:val="0000FF"/>
                <w:sz w:val="16"/>
                <w:szCs w:val="16"/>
              </w:rPr>
              <w:t>○○円×○月</w:t>
            </w:r>
          </w:p>
          <w:p w14:paraId="0180B513" w14:textId="77777777" w:rsidR="00830924" w:rsidRPr="00584666" w:rsidRDefault="00830924">
            <w:pPr>
              <w:rPr>
                <w:rFonts w:asciiTheme="minorEastAsia" w:eastAsiaTheme="minorEastAsia" w:hAnsiTheme="minorEastAsia"/>
                <w:lang w:eastAsia="ja-JP"/>
              </w:rPr>
            </w:pPr>
          </w:p>
        </w:tc>
        <w:tc>
          <w:tcPr>
            <w:tcW w:w="2576" w:type="dxa"/>
            <w:tcMar>
              <w:top w:w="100" w:type="dxa"/>
              <w:left w:w="120" w:type="dxa"/>
              <w:bottom w:w="100" w:type="dxa"/>
              <w:right w:w="120" w:type="dxa"/>
            </w:tcMar>
            <w:vAlign w:val="center"/>
          </w:tcPr>
          <w:p w14:paraId="41AF4C67" w14:textId="77777777" w:rsidR="00830924" w:rsidRPr="00584666" w:rsidRDefault="00830924">
            <w:pPr>
              <w:rPr>
                <w:rFonts w:ascii="游明朝" w:eastAsia="游明朝" w:hAnsi="游明朝"/>
                <w:lang w:eastAsia="ja-JP"/>
              </w:rPr>
            </w:pPr>
          </w:p>
        </w:tc>
        <w:tc>
          <w:tcPr>
            <w:tcW w:w="2576" w:type="dxa"/>
            <w:tcMar>
              <w:top w:w="100" w:type="dxa"/>
              <w:left w:w="120" w:type="dxa"/>
              <w:bottom w:w="100" w:type="dxa"/>
              <w:right w:w="120" w:type="dxa"/>
            </w:tcMar>
            <w:vAlign w:val="center"/>
          </w:tcPr>
          <w:p w14:paraId="7D12F597" w14:textId="77777777" w:rsidR="00830924" w:rsidRPr="00584666" w:rsidRDefault="00830924">
            <w:pPr>
              <w:rPr>
                <w:rFonts w:ascii="游明朝" w:eastAsia="游明朝" w:hAnsi="游明朝"/>
                <w:lang w:eastAsia="ja-JP"/>
              </w:rPr>
            </w:pPr>
          </w:p>
        </w:tc>
      </w:tr>
      <w:tr w:rsidR="00830924" w:rsidRPr="00584666" w14:paraId="4A200025" w14:textId="77777777" w:rsidTr="00356DFB">
        <w:trPr>
          <w:trHeight w:val="624"/>
          <w:jc w:val="center"/>
        </w:trPr>
        <w:tc>
          <w:tcPr>
            <w:tcW w:w="2575" w:type="dxa"/>
            <w:tcMar>
              <w:top w:w="100" w:type="dxa"/>
              <w:left w:w="120" w:type="dxa"/>
              <w:bottom w:w="100" w:type="dxa"/>
              <w:right w:w="120" w:type="dxa"/>
            </w:tcMar>
            <w:vAlign w:val="center"/>
          </w:tcPr>
          <w:p w14:paraId="6E57D020" w14:textId="64E2D5AA" w:rsidR="00830924" w:rsidRPr="00584666" w:rsidRDefault="00AB1C18">
            <w:pPr>
              <w:rPr>
                <w:rFonts w:ascii="游明朝" w:eastAsia="游明朝" w:hAnsi="游明朝"/>
                <w:lang w:eastAsia="ja-JP"/>
              </w:rPr>
            </w:pPr>
            <w:r w:rsidRPr="00584666">
              <w:rPr>
                <w:rFonts w:ascii="游明朝" w:eastAsia="游明朝" w:hAnsi="游明朝" w:hint="eastAsia"/>
                <w:lang w:eastAsia="ja-JP"/>
              </w:rPr>
              <w:t>諸謝金</w:t>
            </w:r>
          </w:p>
        </w:tc>
        <w:tc>
          <w:tcPr>
            <w:tcW w:w="2575" w:type="dxa"/>
            <w:tcMar>
              <w:top w:w="100" w:type="dxa"/>
              <w:left w:w="120" w:type="dxa"/>
              <w:bottom w:w="100" w:type="dxa"/>
              <w:right w:w="120" w:type="dxa"/>
            </w:tcMar>
            <w:vAlign w:val="center"/>
          </w:tcPr>
          <w:p w14:paraId="3FE11DBD" w14:textId="2DB87A3B" w:rsidR="0026464B" w:rsidRPr="00584666" w:rsidRDefault="0026464B" w:rsidP="0026464B">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教育委員会・学校の構成員以外に依頼する謝金</w:t>
            </w:r>
          </w:p>
          <w:p w14:paraId="777CA21E" w14:textId="77777777" w:rsidR="00722C02" w:rsidRPr="00584666" w:rsidRDefault="0026464B" w:rsidP="0026464B">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 xml:space="preserve">・専門委員会謝金　　　</w:t>
            </w:r>
          </w:p>
          <w:p w14:paraId="3A3EB2F4" w14:textId="049F89F8" w:rsidR="0026464B" w:rsidRPr="00584666" w:rsidRDefault="0026464B" w:rsidP="0026464B">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w:t>
            </w:r>
            <w:r w:rsidRPr="00584666">
              <w:rPr>
                <w:rFonts w:asciiTheme="minorEastAsia" w:eastAsiaTheme="minorEastAsia" w:hAnsiTheme="minorEastAsia"/>
                <w:color w:val="0000FF"/>
                <w:sz w:val="16"/>
                <w:szCs w:val="16"/>
                <w:lang w:eastAsia="ja-JP"/>
              </w:rPr>
              <w:t>,○○○円×〇人×〇回</w:t>
            </w:r>
          </w:p>
          <w:p w14:paraId="05F683D9" w14:textId="77777777" w:rsidR="00722C02" w:rsidRPr="00584666" w:rsidRDefault="0026464B" w:rsidP="0026464B">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 xml:space="preserve">・協力者謝金　　　　　</w:t>
            </w:r>
          </w:p>
          <w:p w14:paraId="39D84C2B" w14:textId="06730795" w:rsidR="00830924" w:rsidRPr="00584666" w:rsidRDefault="0026464B" w:rsidP="0026464B">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w:t>
            </w:r>
            <w:r w:rsidRPr="00584666">
              <w:rPr>
                <w:rFonts w:asciiTheme="minorEastAsia" w:eastAsiaTheme="minorEastAsia" w:hAnsiTheme="minorEastAsia"/>
                <w:color w:val="0000FF"/>
                <w:sz w:val="16"/>
                <w:szCs w:val="16"/>
                <w:lang w:eastAsia="ja-JP"/>
              </w:rPr>
              <w:t>,○○○円×〇人×〇回</w:t>
            </w:r>
            <w:r w:rsidRPr="00584666">
              <w:rPr>
                <w:rFonts w:asciiTheme="minorEastAsia" w:eastAsiaTheme="minorEastAsia" w:hAnsiTheme="minorEastAsia" w:hint="eastAsia"/>
                <w:color w:val="0000FF"/>
                <w:sz w:val="16"/>
                <w:szCs w:val="16"/>
                <w:lang w:eastAsia="ja-JP"/>
              </w:rPr>
              <w:t xml:space="preserve">　等</w:t>
            </w:r>
          </w:p>
        </w:tc>
        <w:tc>
          <w:tcPr>
            <w:tcW w:w="2576" w:type="dxa"/>
            <w:tcMar>
              <w:top w:w="100" w:type="dxa"/>
              <w:left w:w="120" w:type="dxa"/>
              <w:bottom w:w="100" w:type="dxa"/>
              <w:right w:w="120" w:type="dxa"/>
            </w:tcMar>
            <w:vAlign w:val="center"/>
          </w:tcPr>
          <w:p w14:paraId="39EEE0DE" w14:textId="77777777" w:rsidR="00830924" w:rsidRPr="00584666" w:rsidRDefault="00830924">
            <w:pPr>
              <w:rPr>
                <w:rFonts w:ascii="游明朝" w:eastAsia="游明朝" w:hAnsi="游明朝"/>
                <w:lang w:eastAsia="ja-JP"/>
              </w:rPr>
            </w:pPr>
          </w:p>
        </w:tc>
        <w:tc>
          <w:tcPr>
            <w:tcW w:w="2576" w:type="dxa"/>
            <w:tcMar>
              <w:top w:w="100" w:type="dxa"/>
              <w:left w:w="120" w:type="dxa"/>
              <w:bottom w:w="100" w:type="dxa"/>
              <w:right w:w="120" w:type="dxa"/>
            </w:tcMar>
            <w:vAlign w:val="center"/>
          </w:tcPr>
          <w:p w14:paraId="1C3576EC" w14:textId="77777777" w:rsidR="00830924" w:rsidRPr="00584666" w:rsidRDefault="00830924">
            <w:pPr>
              <w:rPr>
                <w:rFonts w:ascii="游明朝" w:eastAsia="游明朝" w:hAnsi="游明朝"/>
                <w:lang w:eastAsia="ja-JP"/>
              </w:rPr>
            </w:pPr>
          </w:p>
        </w:tc>
      </w:tr>
      <w:tr w:rsidR="00830924" w:rsidRPr="00584666" w14:paraId="2798E298" w14:textId="77777777" w:rsidTr="00356DFB">
        <w:trPr>
          <w:trHeight w:val="624"/>
          <w:jc w:val="center"/>
        </w:trPr>
        <w:tc>
          <w:tcPr>
            <w:tcW w:w="2575" w:type="dxa"/>
            <w:tcMar>
              <w:top w:w="100" w:type="dxa"/>
              <w:left w:w="120" w:type="dxa"/>
              <w:bottom w:w="100" w:type="dxa"/>
              <w:right w:w="120" w:type="dxa"/>
            </w:tcMar>
            <w:vAlign w:val="center"/>
          </w:tcPr>
          <w:p w14:paraId="48B25F10" w14:textId="2789321E" w:rsidR="00830924" w:rsidRPr="00584666" w:rsidRDefault="00AB1C18">
            <w:pPr>
              <w:rPr>
                <w:rFonts w:ascii="游明朝" w:eastAsia="游明朝" w:hAnsi="游明朝"/>
                <w:lang w:eastAsia="ja-JP"/>
              </w:rPr>
            </w:pPr>
            <w:r w:rsidRPr="00584666">
              <w:rPr>
                <w:rFonts w:ascii="游明朝" w:eastAsia="游明朝" w:hAnsi="游明朝" w:hint="eastAsia"/>
                <w:lang w:eastAsia="ja-JP"/>
              </w:rPr>
              <w:t>旅費</w:t>
            </w:r>
          </w:p>
        </w:tc>
        <w:tc>
          <w:tcPr>
            <w:tcW w:w="2575" w:type="dxa"/>
            <w:tcMar>
              <w:top w:w="100" w:type="dxa"/>
              <w:left w:w="120" w:type="dxa"/>
              <w:bottom w:w="100" w:type="dxa"/>
              <w:right w:w="120" w:type="dxa"/>
            </w:tcMar>
            <w:vAlign w:val="center"/>
          </w:tcPr>
          <w:p w14:paraId="0676C601" w14:textId="77777777" w:rsidR="0026464B" w:rsidRPr="00584666" w:rsidRDefault="0026464B" w:rsidP="0026464B">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・専門委員会等開催に伴う交通費等</w:t>
            </w:r>
          </w:p>
          <w:p w14:paraId="1596D328" w14:textId="0A2C9893" w:rsidR="0026464B" w:rsidRPr="00584666" w:rsidRDefault="0026464B" w:rsidP="00356DFB">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rPr>
              <w:t>○○</w:t>
            </w:r>
            <w:r w:rsidRPr="00584666">
              <w:rPr>
                <w:rFonts w:asciiTheme="minorEastAsia" w:eastAsiaTheme="minorEastAsia" w:hAnsiTheme="minorEastAsia"/>
                <w:color w:val="0000FF"/>
                <w:sz w:val="16"/>
                <w:szCs w:val="16"/>
              </w:rPr>
              <w:t>,○○○</w:t>
            </w:r>
            <w:proofErr w:type="spellStart"/>
            <w:r w:rsidRPr="00584666">
              <w:rPr>
                <w:rFonts w:asciiTheme="minorEastAsia" w:eastAsiaTheme="minorEastAsia" w:hAnsiTheme="minorEastAsia" w:hint="eastAsia"/>
                <w:color w:val="0000FF"/>
                <w:sz w:val="16"/>
                <w:szCs w:val="16"/>
              </w:rPr>
              <w:t>円×〇回</w:t>
            </w:r>
            <w:proofErr w:type="spellEnd"/>
            <w:r w:rsidRPr="00584666">
              <w:rPr>
                <w:rFonts w:asciiTheme="minorEastAsia" w:eastAsiaTheme="minorEastAsia" w:hAnsiTheme="minorEastAsia" w:hint="eastAsia"/>
                <w:color w:val="0000FF"/>
                <w:sz w:val="16"/>
                <w:szCs w:val="16"/>
                <w:lang w:eastAsia="ja-JP"/>
              </w:rPr>
              <w:t xml:space="preserve">　等</w:t>
            </w:r>
          </w:p>
          <w:p w14:paraId="7DF5B78F" w14:textId="7016B231" w:rsidR="00830924" w:rsidRPr="00584666" w:rsidRDefault="0026464B" w:rsidP="0026464B">
            <w:pPr>
              <w:rPr>
                <w:rFonts w:asciiTheme="minorEastAsia" w:eastAsiaTheme="minorEastAsia" w:hAnsiTheme="minorEastAsia"/>
                <w:lang w:eastAsia="ja-JP"/>
              </w:rPr>
            </w:pPr>
            <w:r w:rsidRPr="00584666">
              <w:rPr>
                <w:rFonts w:asciiTheme="minorEastAsia" w:eastAsiaTheme="minorEastAsia" w:hAnsiTheme="minorEastAsia" w:hint="eastAsia"/>
                <w:color w:val="0000FF"/>
                <w:sz w:val="16"/>
                <w:szCs w:val="16"/>
              </w:rPr>
              <w:t xml:space="preserve">　　　　　　　　　　　　　　　　</w:t>
            </w:r>
          </w:p>
        </w:tc>
        <w:tc>
          <w:tcPr>
            <w:tcW w:w="2576" w:type="dxa"/>
            <w:tcMar>
              <w:top w:w="100" w:type="dxa"/>
              <w:left w:w="120" w:type="dxa"/>
              <w:bottom w:w="100" w:type="dxa"/>
              <w:right w:w="120" w:type="dxa"/>
            </w:tcMar>
            <w:vAlign w:val="center"/>
          </w:tcPr>
          <w:p w14:paraId="568FE57B" w14:textId="77777777" w:rsidR="00830924" w:rsidRPr="00584666" w:rsidRDefault="00830924">
            <w:pPr>
              <w:rPr>
                <w:rFonts w:ascii="游明朝" w:eastAsia="游明朝" w:hAnsi="游明朝"/>
                <w:lang w:eastAsia="ja-JP"/>
              </w:rPr>
            </w:pPr>
          </w:p>
        </w:tc>
        <w:tc>
          <w:tcPr>
            <w:tcW w:w="2576" w:type="dxa"/>
            <w:tcMar>
              <w:top w:w="100" w:type="dxa"/>
              <w:left w:w="120" w:type="dxa"/>
              <w:bottom w:w="100" w:type="dxa"/>
              <w:right w:w="120" w:type="dxa"/>
            </w:tcMar>
            <w:vAlign w:val="center"/>
          </w:tcPr>
          <w:p w14:paraId="69637553" w14:textId="77777777" w:rsidR="00830924" w:rsidRPr="00584666" w:rsidRDefault="00830924">
            <w:pPr>
              <w:rPr>
                <w:rFonts w:ascii="游明朝" w:eastAsia="游明朝" w:hAnsi="游明朝"/>
                <w:lang w:eastAsia="ja-JP"/>
              </w:rPr>
            </w:pPr>
          </w:p>
        </w:tc>
      </w:tr>
      <w:tr w:rsidR="00AC0029" w:rsidRPr="00584666" w14:paraId="475ABDAF" w14:textId="77777777" w:rsidTr="00356DFB">
        <w:trPr>
          <w:trHeight w:val="624"/>
          <w:jc w:val="center"/>
        </w:trPr>
        <w:tc>
          <w:tcPr>
            <w:tcW w:w="2575" w:type="dxa"/>
            <w:tcMar>
              <w:top w:w="100" w:type="dxa"/>
              <w:left w:w="120" w:type="dxa"/>
              <w:bottom w:w="100" w:type="dxa"/>
              <w:right w:w="120" w:type="dxa"/>
            </w:tcMar>
            <w:vAlign w:val="center"/>
          </w:tcPr>
          <w:p w14:paraId="2F39BB35" w14:textId="19297765" w:rsidR="00AC0029" w:rsidRPr="00584666" w:rsidRDefault="00AC0029">
            <w:pPr>
              <w:rPr>
                <w:rFonts w:ascii="游明朝" w:eastAsia="游明朝" w:hAnsi="游明朝"/>
                <w:lang w:eastAsia="ja-JP"/>
              </w:rPr>
            </w:pPr>
            <w:r w:rsidRPr="00584666">
              <w:rPr>
                <w:rFonts w:ascii="游明朝" w:eastAsia="游明朝" w:hAnsi="游明朝" w:hint="eastAsia"/>
                <w:lang w:eastAsia="ja-JP"/>
              </w:rPr>
              <w:t>消耗品費</w:t>
            </w:r>
          </w:p>
        </w:tc>
        <w:tc>
          <w:tcPr>
            <w:tcW w:w="2575" w:type="dxa"/>
            <w:tcMar>
              <w:top w:w="100" w:type="dxa"/>
              <w:left w:w="120" w:type="dxa"/>
              <w:bottom w:w="100" w:type="dxa"/>
              <w:right w:w="120" w:type="dxa"/>
            </w:tcMar>
            <w:vAlign w:val="center"/>
          </w:tcPr>
          <w:p w14:paraId="6FCD8F68" w14:textId="77777777" w:rsidR="00AC0029" w:rsidRPr="00584666" w:rsidRDefault="00AC0029" w:rsidP="00AC0029">
            <w:pPr>
              <w:rPr>
                <w:rFonts w:asciiTheme="minorEastAsia" w:eastAsiaTheme="minorEastAsia" w:hAnsiTheme="minorEastAsia"/>
                <w:color w:val="0000CC"/>
                <w:sz w:val="16"/>
                <w:szCs w:val="16"/>
                <w:lang w:eastAsia="zh-TW"/>
              </w:rPr>
            </w:pPr>
            <w:r w:rsidRPr="00584666">
              <w:rPr>
                <w:rFonts w:asciiTheme="minorEastAsia" w:eastAsiaTheme="minorEastAsia" w:hAnsiTheme="minorEastAsia" w:hint="eastAsia"/>
                <w:color w:val="0000CC"/>
                <w:sz w:val="16"/>
                <w:szCs w:val="16"/>
                <w:lang w:eastAsia="zh-TW"/>
              </w:rPr>
              <w:t>事務用品，工具器具，原材料費等</w:t>
            </w:r>
          </w:p>
          <w:p w14:paraId="54CFBFDD" w14:textId="3D1528DE" w:rsidR="00AC0029" w:rsidRPr="00584666" w:rsidRDefault="00AC0029">
            <w:pPr>
              <w:rPr>
                <w:rFonts w:asciiTheme="minorEastAsia" w:eastAsiaTheme="minorEastAsia" w:hAnsiTheme="minorEastAsia"/>
                <w:lang w:eastAsia="zh-TW"/>
              </w:rPr>
            </w:pPr>
          </w:p>
        </w:tc>
        <w:tc>
          <w:tcPr>
            <w:tcW w:w="2576" w:type="dxa"/>
            <w:tcMar>
              <w:top w:w="100" w:type="dxa"/>
              <w:left w:w="120" w:type="dxa"/>
              <w:bottom w:w="100" w:type="dxa"/>
              <w:right w:w="120" w:type="dxa"/>
            </w:tcMar>
            <w:vAlign w:val="center"/>
          </w:tcPr>
          <w:p w14:paraId="4100526F" w14:textId="77777777" w:rsidR="00AC0029" w:rsidRPr="00584666" w:rsidRDefault="00AC0029">
            <w:pPr>
              <w:rPr>
                <w:rFonts w:ascii="游明朝" w:eastAsia="游明朝" w:hAnsi="游明朝"/>
                <w:lang w:eastAsia="zh-TW"/>
              </w:rPr>
            </w:pPr>
          </w:p>
        </w:tc>
        <w:tc>
          <w:tcPr>
            <w:tcW w:w="2576" w:type="dxa"/>
            <w:tcMar>
              <w:top w:w="100" w:type="dxa"/>
              <w:left w:w="120" w:type="dxa"/>
              <w:bottom w:w="100" w:type="dxa"/>
              <w:right w:w="120" w:type="dxa"/>
            </w:tcMar>
            <w:vAlign w:val="center"/>
          </w:tcPr>
          <w:p w14:paraId="44673B4C" w14:textId="77777777" w:rsidR="00AC0029" w:rsidRPr="00584666" w:rsidRDefault="00AC0029">
            <w:pPr>
              <w:rPr>
                <w:rFonts w:ascii="游明朝" w:eastAsia="游明朝" w:hAnsi="游明朝"/>
                <w:lang w:eastAsia="zh-TW"/>
              </w:rPr>
            </w:pPr>
          </w:p>
        </w:tc>
      </w:tr>
      <w:tr w:rsidR="00AC0029" w:rsidRPr="00584666" w14:paraId="4AD34B5F" w14:textId="77777777" w:rsidTr="00356DFB">
        <w:trPr>
          <w:trHeight w:val="624"/>
          <w:jc w:val="center"/>
        </w:trPr>
        <w:tc>
          <w:tcPr>
            <w:tcW w:w="2575" w:type="dxa"/>
            <w:tcMar>
              <w:top w:w="100" w:type="dxa"/>
              <w:left w:w="120" w:type="dxa"/>
              <w:bottom w:w="100" w:type="dxa"/>
              <w:right w:w="120" w:type="dxa"/>
            </w:tcMar>
            <w:vAlign w:val="center"/>
          </w:tcPr>
          <w:p w14:paraId="17725E32" w14:textId="6DC227B1" w:rsidR="00AC0029" w:rsidRPr="00584666" w:rsidRDefault="00AC0029">
            <w:pPr>
              <w:rPr>
                <w:rFonts w:ascii="游明朝" w:eastAsia="游明朝" w:hAnsi="游明朝"/>
                <w:lang w:eastAsia="ja-JP"/>
              </w:rPr>
            </w:pPr>
            <w:r w:rsidRPr="00584666">
              <w:rPr>
                <w:rFonts w:ascii="游明朝" w:eastAsia="游明朝" w:hAnsi="游明朝" w:hint="eastAsia"/>
                <w:lang w:eastAsia="ja-JP"/>
              </w:rPr>
              <w:t>雑役務費</w:t>
            </w:r>
          </w:p>
        </w:tc>
        <w:tc>
          <w:tcPr>
            <w:tcW w:w="2575" w:type="dxa"/>
            <w:tcMar>
              <w:top w:w="100" w:type="dxa"/>
              <w:left w:w="120" w:type="dxa"/>
              <w:bottom w:w="100" w:type="dxa"/>
              <w:right w:w="120" w:type="dxa"/>
            </w:tcMar>
            <w:vAlign w:val="center"/>
          </w:tcPr>
          <w:p w14:paraId="71D26818" w14:textId="77777777" w:rsidR="00AC0029" w:rsidRPr="00584666" w:rsidRDefault="00AC0029" w:rsidP="00AC0029">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・プログラム開発費　　　　　○○</w:t>
            </w:r>
            <w:r w:rsidRPr="00584666">
              <w:rPr>
                <w:rFonts w:asciiTheme="minorEastAsia" w:eastAsiaTheme="minorEastAsia" w:hAnsiTheme="minorEastAsia"/>
                <w:color w:val="0000FF"/>
                <w:sz w:val="16"/>
                <w:szCs w:val="16"/>
                <w:lang w:eastAsia="ja-JP"/>
              </w:rPr>
              <w:t>,○○○円×○人月</w:t>
            </w:r>
            <w:r w:rsidRPr="00584666">
              <w:rPr>
                <w:rFonts w:asciiTheme="minorEastAsia" w:eastAsiaTheme="minorEastAsia" w:hAnsiTheme="minorEastAsia" w:hint="eastAsia"/>
                <w:color w:val="0000FF"/>
                <w:sz w:val="16"/>
                <w:szCs w:val="16"/>
                <w:lang w:eastAsia="ja-JP"/>
              </w:rPr>
              <w:t xml:space="preserve">　等</w:t>
            </w:r>
          </w:p>
          <w:p w14:paraId="19946701" w14:textId="2FF0638B" w:rsidR="00AC0029" w:rsidRPr="00584666" w:rsidRDefault="00AC0029">
            <w:pPr>
              <w:rPr>
                <w:rFonts w:asciiTheme="minorEastAsia" w:eastAsiaTheme="minorEastAsia" w:hAnsiTheme="minorEastAsia"/>
                <w:lang w:eastAsia="ja-JP"/>
              </w:rPr>
            </w:pPr>
            <w:r w:rsidRPr="00584666">
              <w:rPr>
                <w:rFonts w:asciiTheme="minorEastAsia" w:eastAsiaTheme="minorEastAsia" w:hAnsiTheme="minorEastAsia" w:hint="eastAsia"/>
                <w:color w:val="0000FF"/>
                <w:sz w:val="16"/>
                <w:szCs w:val="16"/>
                <w:lang w:eastAsia="ja-JP"/>
              </w:rPr>
              <w:t xml:space="preserve">　　　　　　　　　　　　　　　　　　</w:t>
            </w:r>
          </w:p>
        </w:tc>
        <w:tc>
          <w:tcPr>
            <w:tcW w:w="2576" w:type="dxa"/>
            <w:tcMar>
              <w:top w:w="100" w:type="dxa"/>
              <w:left w:w="120" w:type="dxa"/>
              <w:bottom w:w="100" w:type="dxa"/>
              <w:right w:w="120" w:type="dxa"/>
            </w:tcMar>
            <w:vAlign w:val="center"/>
          </w:tcPr>
          <w:p w14:paraId="6D4045BC" w14:textId="77777777" w:rsidR="00AC0029" w:rsidRPr="00584666" w:rsidRDefault="00AC0029">
            <w:pPr>
              <w:rPr>
                <w:rFonts w:ascii="游明朝" w:eastAsia="游明朝" w:hAnsi="游明朝"/>
                <w:lang w:eastAsia="ja-JP"/>
              </w:rPr>
            </w:pPr>
          </w:p>
        </w:tc>
        <w:tc>
          <w:tcPr>
            <w:tcW w:w="2576" w:type="dxa"/>
            <w:tcMar>
              <w:top w:w="100" w:type="dxa"/>
              <w:left w:w="120" w:type="dxa"/>
              <w:bottom w:w="100" w:type="dxa"/>
              <w:right w:w="120" w:type="dxa"/>
            </w:tcMar>
            <w:vAlign w:val="center"/>
          </w:tcPr>
          <w:p w14:paraId="55C03C39" w14:textId="77777777" w:rsidR="00AC0029" w:rsidRPr="00584666" w:rsidRDefault="00AC0029">
            <w:pPr>
              <w:rPr>
                <w:rFonts w:ascii="游明朝" w:eastAsia="游明朝" w:hAnsi="游明朝"/>
                <w:lang w:eastAsia="ja-JP"/>
              </w:rPr>
            </w:pPr>
          </w:p>
        </w:tc>
      </w:tr>
      <w:tr w:rsidR="00AC0029" w:rsidRPr="00584666" w14:paraId="26C6A195" w14:textId="77777777" w:rsidTr="00356DFB">
        <w:trPr>
          <w:trHeight w:val="624"/>
          <w:jc w:val="center"/>
        </w:trPr>
        <w:tc>
          <w:tcPr>
            <w:tcW w:w="2575" w:type="dxa"/>
            <w:tcMar>
              <w:top w:w="100" w:type="dxa"/>
              <w:left w:w="120" w:type="dxa"/>
              <w:bottom w:w="100" w:type="dxa"/>
              <w:right w:w="120" w:type="dxa"/>
            </w:tcMar>
            <w:vAlign w:val="center"/>
          </w:tcPr>
          <w:p w14:paraId="2FA8EC07" w14:textId="778A774E" w:rsidR="00AC0029" w:rsidRPr="00584666" w:rsidRDefault="00AC0029">
            <w:pPr>
              <w:rPr>
                <w:rFonts w:ascii="游明朝" w:eastAsia="游明朝" w:hAnsi="游明朝"/>
                <w:lang w:eastAsia="ja-JP"/>
              </w:rPr>
            </w:pPr>
            <w:r w:rsidRPr="00584666">
              <w:rPr>
                <w:rFonts w:ascii="游明朝" w:eastAsia="游明朝" w:hAnsi="游明朝" w:hint="eastAsia"/>
                <w:lang w:eastAsia="ja-JP"/>
              </w:rPr>
              <w:t>会議費</w:t>
            </w:r>
          </w:p>
        </w:tc>
        <w:tc>
          <w:tcPr>
            <w:tcW w:w="2575" w:type="dxa"/>
            <w:tcMar>
              <w:top w:w="100" w:type="dxa"/>
              <w:left w:w="120" w:type="dxa"/>
              <w:bottom w:w="100" w:type="dxa"/>
              <w:right w:w="120" w:type="dxa"/>
            </w:tcMar>
            <w:vAlign w:val="center"/>
          </w:tcPr>
          <w:p w14:paraId="11DB3DEA" w14:textId="77777777" w:rsidR="00AC0029" w:rsidRPr="00584666" w:rsidRDefault="00AC0029" w:rsidP="00AC0029">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会議開催に必要な経費（お茶代、施設利用料等）</w:t>
            </w:r>
          </w:p>
          <w:p w14:paraId="22E2E4A5" w14:textId="77777777" w:rsidR="00AC0029" w:rsidRPr="00584666" w:rsidRDefault="00AC0029" w:rsidP="00AC0029">
            <w:pPr>
              <w:rPr>
                <w:rFonts w:asciiTheme="minorEastAsia" w:eastAsiaTheme="minorEastAsia" w:hAnsiTheme="minorEastAsia"/>
                <w:color w:val="0000FF"/>
                <w:sz w:val="16"/>
                <w:szCs w:val="16"/>
                <w:lang w:eastAsia="ja-JP"/>
              </w:rPr>
            </w:pPr>
          </w:p>
          <w:p w14:paraId="7E738E73" w14:textId="6D41D6D3" w:rsidR="00AC0029" w:rsidRPr="00584666" w:rsidRDefault="00AC0029" w:rsidP="00AC0029">
            <w:pPr>
              <w:rPr>
                <w:rFonts w:asciiTheme="minorEastAsia" w:eastAsiaTheme="minorEastAsia" w:hAnsiTheme="minorEastAsia"/>
                <w:lang w:eastAsia="ja-JP"/>
              </w:rPr>
            </w:pPr>
          </w:p>
        </w:tc>
        <w:tc>
          <w:tcPr>
            <w:tcW w:w="2576" w:type="dxa"/>
            <w:tcMar>
              <w:top w:w="100" w:type="dxa"/>
              <w:left w:w="120" w:type="dxa"/>
              <w:bottom w:w="100" w:type="dxa"/>
              <w:right w:w="120" w:type="dxa"/>
            </w:tcMar>
            <w:vAlign w:val="center"/>
          </w:tcPr>
          <w:p w14:paraId="322CBDAD" w14:textId="77777777" w:rsidR="00AC0029" w:rsidRPr="00584666" w:rsidRDefault="00AC0029">
            <w:pPr>
              <w:rPr>
                <w:rFonts w:ascii="游明朝" w:eastAsia="游明朝" w:hAnsi="游明朝"/>
                <w:lang w:eastAsia="ja-JP"/>
              </w:rPr>
            </w:pPr>
          </w:p>
        </w:tc>
        <w:tc>
          <w:tcPr>
            <w:tcW w:w="2576" w:type="dxa"/>
            <w:tcMar>
              <w:top w:w="100" w:type="dxa"/>
              <w:left w:w="120" w:type="dxa"/>
              <w:bottom w:w="100" w:type="dxa"/>
              <w:right w:w="120" w:type="dxa"/>
            </w:tcMar>
            <w:vAlign w:val="center"/>
          </w:tcPr>
          <w:p w14:paraId="79755EE6" w14:textId="77777777" w:rsidR="00AC0029" w:rsidRPr="00584666" w:rsidRDefault="00AC0029">
            <w:pPr>
              <w:rPr>
                <w:rFonts w:ascii="游明朝" w:eastAsia="游明朝" w:hAnsi="游明朝"/>
                <w:lang w:eastAsia="ja-JP"/>
              </w:rPr>
            </w:pPr>
          </w:p>
        </w:tc>
      </w:tr>
      <w:tr w:rsidR="00AC0029" w:rsidRPr="00584666" w14:paraId="4E461131" w14:textId="77777777" w:rsidTr="00356DFB">
        <w:trPr>
          <w:trHeight w:val="624"/>
          <w:jc w:val="center"/>
        </w:trPr>
        <w:tc>
          <w:tcPr>
            <w:tcW w:w="2575" w:type="dxa"/>
            <w:tcMar>
              <w:top w:w="100" w:type="dxa"/>
              <w:left w:w="120" w:type="dxa"/>
              <w:bottom w:w="100" w:type="dxa"/>
              <w:right w:w="120" w:type="dxa"/>
            </w:tcMar>
            <w:vAlign w:val="center"/>
          </w:tcPr>
          <w:p w14:paraId="5BF852AA" w14:textId="0A64C023" w:rsidR="00AC0029" w:rsidRPr="00584666" w:rsidRDefault="00AC0029">
            <w:pPr>
              <w:rPr>
                <w:rFonts w:ascii="游明朝" w:eastAsia="游明朝" w:hAnsi="游明朝"/>
                <w:lang w:eastAsia="ja-JP"/>
              </w:rPr>
            </w:pPr>
            <w:r w:rsidRPr="00584666">
              <w:rPr>
                <w:rFonts w:ascii="游明朝" w:eastAsia="游明朝" w:hAnsi="游明朝" w:hint="eastAsia"/>
                <w:lang w:eastAsia="ja-JP"/>
              </w:rPr>
              <w:t>通信運搬費</w:t>
            </w:r>
          </w:p>
        </w:tc>
        <w:tc>
          <w:tcPr>
            <w:tcW w:w="2575" w:type="dxa"/>
            <w:tcMar>
              <w:top w:w="100" w:type="dxa"/>
              <w:left w:w="120" w:type="dxa"/>
              <w:bottom w:w="100" w:type="dxa"/>
              <w:right w:w="120" w:type="dxa"/>
            </w:tcMar>
            <w:vAlign w:val="center"/>
          </w:tcPr>
          <w:p w14:paraId="08CFD4D7" w14:textId="77777777" w:rsidR="00AC0029" w:rsidRPr="00584666" w:rsidRDefault="00AC0029" w:rsidP="00AC0029">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郵便，宅配便，メール便，運送費等</w:t>
            </w:r>
          </w:p>
          <w:p w14:paraId="2824EB16" w14:textId="77777777" w:rsidR="00AC0029" w:rsidRPr="00584666" w:rsidRDefault="00AC0029" w:rsidP="00AC0029">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・成果報告書郵送料　　　　　　○○○円×○箇所</w:t>
            </w:r>
          </w:p>
          <w:p w14:paraId="608838CB" w14:textId="2B5B8090" w:rsidR="00AC0029" w:rsidRPr="00584666" w:rsidRDefault="00AC0029" w:rsidP="00AC0029">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・回線利用料　○○</w:t>
            </w:r>
            <w:r w:rsidRPr="00584666">
              <w:rPr>
                <w:rFonts w:asciiTheme="minorEastAsia" w:eastAsiaTheme="minorEastAsia" w:hAnsiTheme="minorEastAsia"/>
                <w:color w:val="0000FF"/>
                <w:sz w:val="16"/>
                <w:szCs w:val="16"/>
                <w:lang w:eastAsia="ja-JP"/>
              </w:rPr>
              <w:t>,○○○円×○箇月</w:t>
            </w:r>
            <w:r w:rsidRPr="00584666">
              <w:rPr>
                <w:rFonts w:asciiTheme="minorEastAsia" w:eastAsiaTheme="minorEastAsia" w:hAnsiTheme="minorEastAsia" w:hint="eastAsia"/>
                <w:color w:val="0000FF"/>
                <w:sz w:val="16"/>
                <w:szCs w:val="16"/>
                <w:lang w:eastAsia="ja-JP"/>
              </w:rPr>
              <w:t xml:space="preserve">　等　　　　　　　　　　　　　　</w:t>
            </w:r>
          </w:p>
        </w:tc>
        <w:tc>
          <w:tcPr>
            <w:tcW w:w="2576" w:type="dxa"/>
            <w:tcMar>
              <w:top w:w="100" w:type="dxa"/>
              <w:left w:w="120" w:type="dxa"/>
              <w:bottom w:w="100" w:type="dxa"/>
              <w:right w:w="120" w:type="dxa"/>
            </w:tcMar>
            <w:vAlign w:val="center"/>
          </w:tcPr>
          <w:p w14:paraId="64F7B94F" w14:textId="77777777" w:rsidR="00AC0029" w:rsidRPr="00584666" w:rsidRDefault="00AC0029">
            <w:pPr>
              <w:rPr>
                <w:rFonts w:ascii="游明朝" w:eastAsia="游明朝" w:hAnsi="游明朝"/>
                <w:lang w:eastAsia="ja-JP"/>
              </w:rPr>
            </w:pPr>
          </w:p>
        </w:tc>
        <w:tc>
          <w:tcPr>
            <w:tcW w:w="2576" w:type="dxa"/>
            <w:tcMar>
              <w:top w:w="100" w:type="dxa"/>
              <w:left w:w="120" w:type="dxa"/>
              <w:bottom w:w="100" w:type="dxa"/>
              <w:right w:w="120" w:type="dxa"/>
            </w:tcMar>
            <w:vAlign w:val="center"/>
          </w:tcPr>
          <w:p w14:paraId="0E8CE551" w14:textId="77777777" w:rsidR="00AC0029" w:rsidRPr="00584666" w:rsidRDefault="00AC0029">
            <w:pPr>
              <w:rPr>
                <w:rFonts w:ascii="游明朝" w:eastAsia="游明朝" w:hAnsi="游明朝"/>
                <w:lang w:eastAsia="ja-JP"/>
              </w:rPr>
            </w:pPr>
          </w:p>
        </w:tc>
      </w:tr>
      <w:tr w:rsidR="00AC0029" w:rsidRPr="00584666" w14:paraId="6E5840BC" w14:textId="77777777" w:rsidTr="00356DFB">
        <w:trPr>
          <w:trHeight w:val="624"/>
          <w:jc w:val="center"/>
        </w:trPr>
        <w:tc>
          <w:tcPr>
            <w:tcW w:w="2575" w:type="dxa"/>
            <w:tcMar>
              <w:top w:w="100" w:type="dxa"/>
              <w:left w:w="120" w:type="dxa"/>
              <w:bottom w:w="100" w:type="dxa"/>
              <w:right w:w="120" w:type="dxa"/>
            </w:tcMar>
            <w:vAlign w:val="center"/>
          </w:tcPr>
          <w:p w14:paraId="69FC16CA" w14:textId="27FE8559" w:rsidR="00AC0029" w:rsidRPr="00584666" w:rsidRDefault="00AC0029">
            <w:pPr>
              <w:rPr>
                <w:rFonts w:ascii="游明朝" w:eastAsia="游明朝" w:hAnsi="游明朝"/>
                <w:lang w:eastAsia="ja-JP"/>
              </w:rPr>
            </w:pPr>
            <w:r w:rsidRPr="00584666">
              <w:rPr>
                <w:rFonts w:ascii="游明朝" w:eastAsia="游明朝" w:hAnsi="游明朝" w:hint="eastAsia"/>
                <w:lang w:eastAsia="ja-JP"/>
              </w:rPr>
              <w:t>消費税相当額</w:t>
            </w:r>
          </w:p>
        </w:tc>
        <w:tc>
          <w:tcPr>
            <w:tcW w:w="2575" w:type="dxa"/>
            <w:tcMar>
              <w:top w:w="100" w:type="dxa"/>
              <w:left w:w="120" w:type="dxa"/>
              <w:bottom w:w="100" w:type="dxa"/>
              <w:right w:w="120" w:type="dxa"/>
            </w:tcMar>
            <w:vAlign w:val="center"/>
          </w:tcPr>
          <w:p w14:paraId="398B5FD1" w14:textId="7836A9EB" w:rsidR="00AC0029" w:rsidRPr="00584666" w:rsidRDefault="00AC0029" w:rsidP="00AC0029">
            <w:pPr>
              <w:rPr>
                <w:rFonts w:asciiTheme="minorEastAsia" w:eastAsiaTheme="minorEastAsia" w:hAnsiTheme="minorEastAsia"/>
                <w:color w:val="0000FF"/>
                <w:sz w:val="16"/>
                <w:szCs w:val="16"/>
                <w:lang w:eastAsia="ja-JP"/>
              </w:rPr>
            </w:pPr>
            <w:r w:rsidRPr="00584666">
              <w:rPr>
                <w:rFonts w:asciiTheme="minorEastAsia" w:eastAsiaTheme="minorEastAsia" w:hAnsiTheme="minorEastAsia" w:hint="eastAsia"/>
                <w:color w:val="0000FF"/>
                <w:sz w:val="16"/>
                <w:szCs w:val="16"/>
                <w:lang w:eastAsia="ja-JP"/>
              </w:rPr>
              <w:t>○○○円×○％</w:t>
            </w:r>
            <w:r w:rsidR="004D61B9">
              <w:rPr>
                <w:rFonts w:asciiTheme="minorEastAsia" w:eastAsiaTheme="minorEastAsia" w:hAnsiTheme="minorEastAsia" w:hint="eastAsia"/>
                <w:color w:val="0000FF"/>
                <w:sz w:val="16"/>
                <w:szCs w:val="16"/>
                <w:lang w:eastAsia="ja-JP"/>
              </w:rPr>
              <w:t xml:space="preserve">　　　　　　　　　　</w:t>
            </w:r>
            <w:r w:rsidRPr="00584666">
              <w:rPr>
                <w:rFonts w:asciiTheme="minorEastAsia" w:eastAsiaTheme="minorEastAsia" w:hAnsiTheme="minorEastAsia" w:hint="eastAsia"/>
                <w:color w:val="0000FF"/>
                <w:sz w:val="16"/>
                <w:szCs w:val="16"/>
                <w:lang w:eastAsia="ja-JP"/>
              </w:rPr>
              <w:t xml:space="preserve">　※〇％は消費税率</w:t>
            </w:r>
          </w:p>
          <w:p w14:paraId="070338F3" w14:textId="630B09FF" w:rsidR="00AC0029" w:rsidRPr="00584666" w:rsidRDefault="00AC0029" w:rsidP="00AC0029">
            <w:pPr>
              <w:rPr>
                <w:rFonts w:asciiTheme="minorEastAsia" w:eastAsiaTheme="minorEastAsia" w:hAnsiTheme="minorEastAsia"/>
                <w:color w:val="0000FF"/>
                <w:sz w:val="16"/>
                <w:szCs w:val="16"/>
                <w:lang w:eastAsia="ja-JP"/>
              </w:rPr>
            </w:pPr>
          </w:p>
        </w:tc>
        <w:tc>
          <w:tcPr>
            <w:tcW w:w="2576" w:type="dxa"/>
            <w:tcMar>
              <w:top w:w="100" w:type="dxa"/>
              <w:left w:w="120" w:type="dxa"/>
              <w:bottom w:w="100" w:type="dxa"/>
              <w:right w:w="120" w:type="dxa"/>
            </w:tcMar>
            <w:vAlign w:val="center"/>
          </w:tcPr>
          <w:p w14:paraId="21AC7588" w14:textId="77777777" w:rsidR="00AC0029" w:rsidRPr="00584666" w:rsidRDefault="00AC0029">
            <w:pPr>
              <w:rPr>
                <w:rFonts w:ascii="游明朝" w:eastAsia="游明朝" w:hAnsi="游明朝"/>
                <w:lang w:eastAsia="ja-JP"/>
              </w:rPr>
            </w:pPr>
          </w:p>
        </w:tc>
        <w:tc>
          <w:tcPr>
            <w:tcW w:w="2576" w:type="dxa"/>
            <w:tcMar>
              <w:top w:w="100" w:type="dxa"/>
              <w:left w:w="120" w:type="dxa"/>
              <w:bottom w:w="100" w:type="dxa"/>
              <w:right w:w="120" w:type="dxa"/>
            </w:tcMar>
            <w:vAlign w:val="center"/>
          </w:tcPr>
          <w:p w14:paraId="70259F2C" w14:textId="77777777" w:rsidR="00AC0029" w:rsidRPr="00584666" w:rsidRDefault="00AC0029">
            <w:pPr>
              <w:rPr>
                <w:rFonts w:ascii="游明朝" w:eastAsia="游明朝" w:hAnsi="游明朝"/>
                <w:lang w:eastAsia="ja-JP"/>
              </w:rPr>
            </w:pPr>
          </w:p>
        </w:tc>
      </w:tr>
      <w:tr w:rsidR="00AC0029" w:rsidRPr="00584666" w14:paraId="036C2B5F" w14:textId="77777777" w:rsidTr="00356DFB">
        <w:trPr>
          <w:trHeight w:val="624"/>
          <w:jc w:val="center"/>
        </w:trPr>
        <w:tc>
          <w:tcPr>
            <w:tcW w:w="2575" w:type="dxa"/>
            <w:shd w:val="clear" w:color="auto" w:fill="E7EEF7"/>
            <w:tcMar>
              <w:top w:w="100" w:type="dxa"/>
              <w:left w:w="120" w:type="dxa"/>
              <w:bottom w:w="100" w:type="dxa"/>
              <w:right w:w="120" w:type="dxa"/>
            </w:tcMar>
            <w:vAlign w:val="center"/>
          </w:tcPr>
          <w:p w14:paraId="4B3A2998" w14:textId="7C50D092" w:rsidR="00AC0029" w:rsidRPr="00584666" w:rsidRDefault="00AC0029">
            <w:pPr>
              <w:rPr>
                <w:rFonts w:ascii="游明朝" w:eastAsia="游明朝" w:hAnsi="游明朝"/>
                <w:lang w:eastAsia="ja-JP"/>
              </w:rPr>
            </w:pPr>
            <w:proofErr w:type="spellStart"/>
            <w:r w:rsidRPr="00584666">
              <w:rPr>
                <w:rFonts w:ascii="游明朝" w:eastAsia="游明朝" w:hAnsi="游明朝"/>
                <w:b/>
                <w:sz w:val="18"/>
              </w:rPr>
              <w:t>合計</w:t>
            </w:r>
            <w:proofErr w:type="spellEnd"/>
          </w:p>
        </w:tc>
        <w:tc>
          <w:tcPr>
            <w:tcW w:w="2575" w:type="dxa"/>
            <w:tcMar>
              <w:top w:w="100" w:type="dxa"/>
              <w:left w:w="120" w:type="dxa"/>
              <w:bottom w:w="100" w:type="dxa"/>
              <w:right w:w="120" w:type="dxa"/>
            </w:tcMar>
            <w:vAlign w:val="center"/>
          </w:tcPr>
          <w:p w14:paraId="115A8623" w14:textId="77777777" w:rsidR="00AC0029" w:rsidRPr="00584666" w:rsidRDefault="00AC0029" w:rsidP="00AC0029">
            <w:pPr>
              <w:rPr>
                <w:rFonts w:asciiTheme="minorEastAsia" w:eastAsiaTheme="minorEastAsia" w:hAnsiTheme="minorEastAsia"/>
                <w:color w:val="0000FF"/>
                <w:sz w:val="16"/>
                <w:szCs w:val="16"/>
                <w:lang w:eastAsia="ja-JP"/>
              </w:rPr>
            </w:pPr>
          </w:p>
        </w:tc>
        <w:tc>
          <w:tcPr>
            <w:tcW w:w="2576" w:type="dxa"/>
            <w:tcMar>
              <w:top w:w="100" w:type="dxa"/>
              <w:left w:w="120" w:type="dxa"/>
              <w:bottom w:w="100" w:type="dxa"/>
              <w:right w:w="120" w:type="dxa"/>
            </w:tcMar>
            <w:vAlign w:val="center"/>
          </w:tcPr>
          <w:p w14:paraId="58D8AA74" w14:textId="77777777" w:rsidR="00AC0029" w:rsidRPr="00584666" w:rsidRDefault="00AC0029">
            <w:pPr>
              <w:rPr>
                <w:rFonts w:ascii="游明朝" w:eastAsia="游明朝" w:hAnsi="游明朝"/>
                <w:lang w:eastAsia="ja-JP"/>
              </w:rPr>
            </w:pPr>
          </w:p>
        </w:tc>
        <w:tc>
          <w:tcPr>
            <w:tcW w:w="2576" w:type="dxa"/>
            <w:tcMar>
              <w:top w:w="100" w:type="dxa"/>
              <w:left w:w="120" w:type="dxa"/>
              <w:bottom w:w="100" w:type="dxa"/>
              <w:right w:w="120" w:type="dxa"/>
            </w:tcMar>
            <w:vAlign w:val="center"/>
          </w:tcPr>
          <w:p w14:paraId="0B1017C2" w14:textId="77777777" w:rsidR="00AC0029" w:rsidRPr="00584666" w:rsidRDefault="00AC0029">
            <w:pPr>
              <w:rPr>
                <w:rFonts w:ascii="游明朝" w:eastAsia="游明朝" w:hAnsi="游明朝"/>
                <w:lang w:eastAsia="ja-JP"/>
              </w:rPr>
            </w:pPr>
          </w:p>
        </w:tc>
      </w:tr>
    </w:tbl>
    <w:p w14:paraId="6D49D5B1" w14:textId="77777777" w:rsidR="008B7A07" w:rsidRPr="00584666" w:rsidRDefault="008B7A07">
      <w:pPr>
        <w:spacing w:after="60"/>
        <w:rPr>
          <w:rFonts w:ascii="游明朝" w:eastAsia="游明朝" w:hAnsi="游明朝"/>
          <w:b/>
          <w:lang w:eastAsia="ja-JP"/>
        </w:rPr>
      </w:pPr>
    </w:p>
    <w:tbl>
      <w:tblPr>
        <w:tblStyle w:val="afe"/>
        <w:tblW w:w="0" w:type="auto"/>
        <w:jc w:val="center"/>
        <w:tblLook w:val="04A0" w:firstRow="1" w:lastRow="0" w:firstColumn="1" w:lastColumn="0" w:noHBand="0" w:noVBand="1"/>
      </w:tblPr>
      <w:tblGrid>
        <w:gridCol w:w="10302"/>
      </w:tblGrid>
      <w:tr w:rsidR="00722C02" w:rsidRPr="00584666" w14:paraId="542CD222" w14:textId="77777777" w:rsidTr="00391F40">
        <w:trPr>
          <w:jc w:val="center"/>
        </w:trPr>
        <w:tc>
          <w:tcPr>
            <w:tcW w:w="10302" w:type="dxa"/>
            <w:shd w:val="clear" w:color="auto" w:fill="F2F2F2"/>
            <w:tcMar>
              <w:top w:w="100" w:type="dxa"/>
              <w:left w:w="120" w:type="dxa"/>
              <w:bottom w:w="100" w:type="dxa"/>
              <w:right w:w="120" w:type="dxa"/>
            </w:tcMar>
            <w:vAlign w:val="center"/>
          </w:tcPr>
          <w:p w14:paraId="266FC167" w14:textId="77777777" w:rsidR="00722C02" w:rsidRPr="00584666" w:rsidRDefault="00722C02" w:rsidP="00391F40">
            <w:pPr>
              <w:rPr>
                <w:rFonts w:ascii="游明朝" w:eastAsia="游明朝" w:hAnsi="游明朝"/>
                <w:lang w:eastAsia="ja-JP"/>
              </w:rPr>
            </w:pPr>
            <w:r w:rsidRPr="00584666">
              <w:rPr>
                <w:rFonts w:ascii="游明朝" w:eastAsia="游明朝" w:hAnsi="游明朝"/>
                <w:b/>
                <w:lang w:eastAsia="ja-JP"/>
              </w:rPr>
              <w:t>（1）予算の考え方・必要性について補足があれば記入してください。</w:t>
            </w:r>
            <w:r w:rsidRPr="00584666">
              <w:rPr>
                <w:rFonts w:ascii="游明朝" w:eastAsia="游明朝" w:hAnsi="游明朝"/>
                <w:color w:val="505050"/>
                <w:sz w:val="16"/>
                <w:lang w:eastAsia="ja-JP"/>
              </w:rPr>
              <w:t xml:space="preserve">　【審査の視点：妥当性】</w:t>
            </w:r>
          </w:p>
          <w:p w14:paraId="285B5DDE" w14:textId="77777777" w:rsidR="00722C02" w:rsidRPr="00584666" w:rsidRDefault="00722C02" w:rsidP="00391F40">
            <w:pPr>
              <w:spacing w:before="20"/>
              <w:rPr>
                <w:rFonts w:ascii="游明朝" w:eastAsia="游明朝" w:hAnsi="游明朝"/>
                <w:lang w:eastAsia="ja-JP"/>
              </w:rPr>
            </w:pPr>
            <w:r w:rsidRPr="00584666">
              <w:rPr>
                <w:rFonts w:ascii="游明朝" w:eastAsia="游明朝" w:hAnsi="游明朝"/>
                <w:color w:val="5A5A5A"/>
                <w:sz w:val="16"/>
                <w:lang w:eastAsia="ja-JP"/>
              </w:rPr>
              <w:t>高額な費目、備品購入、外部委託等がある場合は、取組との関係や必要性がわかるように説明してください。300字程度を目安とします。</w:t>
            </w:r>
          </w:p>
        </w:tc>
      </w:tr>
      <w:tr w:rsidR="00722C02" w:rsidRPr="00584666" w14:paraId="76DCB42D" w14:textId="77777777" w:rsidTr="00391F40">
        <w:trPr>
          <w:trHeight w:val="1247"/>
          <w:jc w:val="center"/>
        </w:trPr>
        <w:tc>
          <w:tcPr>
            <w:tcW w:w="10302" w:type="dxa"/>
            <w:tcMar>
              <w:top w:w="100" w:type="dxa"/>
              <w:left w:w="120" w:type="dxa"/>
              <w:bottom w:w="100" w:type="dxa"/>
              <w:right w:w="120" w:type="dxa"/>
            </w:tcMar>
            <w:vAlign w:val="center"/>
          </w:tcPr>
          <w:p w14:paraId="56863CF0" w14:textId="77777777" w:rsidR="00722C02" w:rsidRPr="00584666" w:rsidRDefault="00722C02" w:rsidP="00391F40">
            <w:pPr>
              <w:rPr>
                <w:rFonts w:ascii="游明朝" w:eastAsia="游明朝" w:hAnsi="游明朝"/>
                <w:lang w:eastAsia="ja-JP"/>
              </w:rPr>
            </w:pPr>
          </w:p>
        </w:tc>
      </w:tr>
    </w:tbl>
    <w:p w14:paraId="1A0A35B6" w14:textId="77777777" w:rsidR="00722C02" w:rsidRPr="00584666" w:rsidRDefault="00722C02">
      <w:pPr>
        <w:spacing w:after="60"/>
        <w:rPr>
          <w:rFonts w:ascii="游明朝" w:eastAsia="游明朝" w:hAnsi="游明朝"/>
          <w:b/>
          <w:lang w:eastAsia="ja-JP"/>
        </w:rPr>
      </w:pPr>
    </w:p>
    <w:p w14:paraId="230D9D93" w14:textId="18FC16FA" w:rsidR="00830924" w:rsidRPr="00584666" w:rsidRDefault="00000000">
      <w:pPr>
        <w:spacing w:after="60"/>
        <w:rPr>
          <w:rFonts w:ascii="游明朝" w:eastAsia="游明朝" w:hAnsi="游明朝"/>
          <w:lang w:eastAsia="ja-JP"/>
        </w:rPr>
      </w:pPr>
      <w:r w:rsidRPr="00584666">
        <w:rPr>
          <w:rFonts w:ascii="游明朝" w:eastAsia="游明朝" w:hAnsi="游明朝"/>
          <w:b/>
          <w:lang w:eastAsia="ja-JP"/>
        </w:rPr>
        <w:t>（2）自己負担・他財源の状況</w:t>
      </w:r>
    </w:p>
    <w:tbl>
      <w:tblPr>
        <w:tblStyle w:val="afe"/>
        <w:tblW w:w="0" w:type="auto"/>
        <w:jc w:val="center"/>
        <w:tblLook w:val="04A0" w:firstRow="1" w:lastRow="0" w:firstColumn="1" w:lastColumn="0" w:noHBand="0" w:noVBand="1"/>
      </w:tblPr>
      <w:tblGrid>
        <w:gridCol w:w="2576"/>
        <w:gridCol w:w="2576"/>
        <w:gridCol w:w="2575"/>
        <w:gridCol w:w="2575"/>
      </w:tblGrid>
      <w:tr w:rsidR="00830924" w:rsidRPr="00584666" w14:paraId="7D3C6F5F" w14:textId="77777777" w:rsidTr="00356DFB">
        <w:trPr>
          <w:jc w:val="center"/>
        </w:trPr>
        <w:tc>
          <w:tcPr>
            <w:tcW w:w="2576" w:type="dxa"/>
            <w:shd w:val="clear" w:color="auto" w:fill="F2F2F2"/>
            <w:tcMar>
              <w:top w:w="100" w:type="dxa"/>
              <w:left w:w="120" w:type="dxa"/>
              <w:bottom w:w="100" w:type="dxa"/>
              <w:right w:w="120" w:type="dxa"/>
            </w:tcMar>
            <w:vAlign w:val="center"/>
          </w:tcPr>
          <w:p w14:paraId="5C62C8BF"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7"/>
              </w:rPr>
              <w:t>財源名</w:t>
            </w:r>
            <w:proofErr w:type="spellEnd"/>
          </w:p>
        </w:tc>
        <w:tc>
          <w:tcPr>
            <w:tcW w:w="2576" w:type="dxa"/>
            <w:shd w:val="clear" w:color="auto" w:fill="F2F2F2"/>
            <w:tcMar>
              <w:top w:w="100" w:type="dxa"/>
              <w:left w:w="120" w:type="dxa"/>
              <w:bottom w:w="100" w:type="dxa"/>
              <w:right w:w="120" w:type="dxa"/>
            </w:tcMar>
            <w:vAlign w:val="center"/>
          </w:tcPr>
          <w:p w14:paraId="54BC3801"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7"/>
              </w:rPr>
              <w:t>金額（円</w:t>
            </w:r>
            <w:proofErr w:type="spellEnd"/>
            <w:r w:rsidRPr="00584666">
              <w:rPr>
                <w:rFonts w:ascii="游明朝" w:eastAsia="游明朝" w:hAnsi="游明朝"/>
                <w:b/>
                <w:sz w:val="17"/>
              </w:rPr>
              <w:t>）</w:t>
            </w:r>
          </w:p>
        </w:tc>
        <w:tc>
          <w:tcPr>
            <w:tcW w:w="2575" w:type="dxa"/>
            <w:shd w:val="clear" w:color="auto" w:fill="F2F2F2"/>
            <w:tcMar>
              <w:top w:w="100" w:type="dxa"/>
              <w:left w:w="120" w:type="dxa"/>
              <w:bottom w:w="100" w:type="dxa"/>
              <w:right w:w="120" w:type="dxa"/>
            </w:tcMar>
            <w:vAlign w:val="center"/>
          </w:tcPr>
          <w:p w14:paraId="53BD586D"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7"/>
              </w:rPr>
              <w:t>充当する内容</w:t>
            </w:r>
            <w:proofErr w:type="spellEnd"/>
          </w:p>
        </w:tc>
        <w:tc>
          <w:tcPr>
            <w:tcW w:w="2575" w:type="dxa"/>
            <w:shd w:val="clear" w:color="auto" w:fill="F2F2F2"/>
            <w:tcMar>
              <w:top w:w="100" w:type="dxa"/>
              <w:left w:w="120" w:type="dxa"/>
              <w:bottom w:w="100" w:type="dxa"/>
              <w:right w:w="120" w:type="dxa"/>
            </w:tcMar>
            <w:vAlign w:val="center"/>
          </w:tcPr>
          <w:p w14:paraId="21F6342D" w14:textId="77777777" w:rsidR="00830924" w:rsidRPr="00584666" w:rsidRDefault="00000000">
            <w:pPr>
              <w:jc w:val="center"/>
              <w:rPr>
                <w:rFonts w:ascii="游明朝" w:eastAsia="游明朝" w:hAnsi="游明朝"/>
              </w:rPr>
            </w:pPr>
            <w:proofErr w:type="spellStart"/>
            <w:r w:rsidRPr="00584666">
              <w:rPr>
                <w:rFonts w:ascii="游明朝" w:eastAsia="游明朝" w:hAnsi="游明朝"/>
                <w:b/>
                <w:sz w:val="17"/>
              </w:rPr>
              <w:t>確定状況</w:t>
            </w:r>
            <w:proofErr w:type="spellEnd"/>
          </w:p>
        </w:tc>
      </w:tr>
      <w:tr w:rsidR="00830924" w:rsidRPr="00584666" w14:paraId="792BCCB7" w14:textId="77777777" w:rsidTr="00356DFB">
        <w:trPr>
          <w:trHeight w:val="567"/>
          <w:jc w:val="center"/>
        </w:trPr>
        <w:tc>
          <w:tcPr>
            <w:tcW w:w="2576" w:type="dxa"/>
            <w:tcMar>
              <w:top w:w="100" w:type="dxa"/>
              <w:left w:w="120" w:type="dxa"/>
              <w:bottom w:w="100" w:type="dxa"/>
              <w:right w:w="120" w:type="dxa"/>
            </w:tcMar>
            <w:vAlign w:val="center"/>
          </w:tcPr>
          <w:p w14:paraId="1289853A" w14:textId="77777777" w:rsidR="00830924" w:rsidRPr="00584666" w:rsidRDefault="00000000">
            <w:pPr>
              <w:rPr>
                <w:rFonts w:ascii="游明朝" w:eastAsia="游明朝" w:hAnsi="游明朝"/>
              </w:rPr>
            </w:pPr>
            <w:proofErr w:type="spellStart"/>
            <w:r w:rsidRPr="00584666">
              <w:rPr>
                <w:rFonts w:ascii="游明朝" w:eastAsia="游明朝" w:hAnsi="游明朝"/>
                <w:sz w:val="17"/>
              </w:rPr>
              <w:t>自己負担</w:t>
            </w:r>
            <w:proofErr w:type="spellEnd"/>
          </w:p>
        </w:tc>
        <w:tc>
          <w:tcPr>
            <w:tcW w:w="2576" w:type="dxa"/>
            <w:tcMar>
              <w:top w:w="100" w:type="dxa"/>
              <w:left w:w="120" w:type="dxa"/>
              <w:bottom w:w="100" w:type="dxa"/>
              <w:right w:w="120" w:type="dxa"/>
            </w:tcMar>
            <w:vAlign w:val="center"/>
          </w:tcPr>
          <w:p w14:paraId="40C8C355" w14:textId="77777777" w:rsidR="00830924" w:rsidRPr="00584666" w:rsidRDefault="00830924">
            <w:pPr>
              <w:rPr>
                <w:rFonts w:ascii="游明朝" w:eastAsia="游明朝" w:hAnsi="游明朝"/>
              </w:rPr>
            </w:pPr>
          </w:p>
        </w:tc>
        <w:tc>
          <w:tcPr>
            <w:tcW w:w="2575" w:type="dxa"/>
            <w:tcMar>
              <w:top w:w="100" w:type="dxa"/>
              <w:left w:w="120" w:type="dxa"/>
              <w:bottom w:w="100" w:type="dxa"/>
              <w:right w:w="120" w:type="dxa"/>
            </w:tcMar>
            <w:vAlign w:val="center"/>
          </w:tcPr>
          <w:p w14:paraId="70FA75BC" w14:textId="77777777" w:rsidR="00830924" w:rsidRPr="00584666" w:rsidRDefault="00830924">
            <w:pPr>
              <w:rPr>
                <w:rFonts w:ascii="游明朝" w:eastAsia="游明朝" w:hAnsi="游明朝"/>
              </w:rPr>
            </w:pPr>
          </w:p>
        </w:tc>
        <w:tc>
          <w:tcPr>
            <w:tcW w:w="2575" w:type="dxa"/>
            <w:tcMar>
              <w:top w:w="100" w:type="dxa"/>
              <w:left w:w="120" w:type="dxa"/>
              <w:bottom w:w="100" w:type="dxa"/>
              <w:right w:w="120" w:type="dxa"/>
            </w:tcMar>
            <w:vAlign w:val="center"/>
          </w:tcPr>
          <w:p w14:paraId="53838FAD" w14:textId="77777777" w:rsidR="00830924" w:rsidRPr="00584666" w:rsidRDefault="00830924">
            <w:pPr>
              <w:rPr>
                <w:rFonts w:ascii="游明朝" w:eastAsia="游明朝" w:hAnsi="游明朝"/>
              </w:rPr>
            </w:pPr>
          </w:p>
        </w:tc>
      </w:tr>
      <w:tr w:rsidR="00830924" w:rsidRPr="00584666" w14:paraId="624A7F40" w14:textId="77777777" w:rsidTr="00356DFB">
        <w:trPr>
          <w:trHeight w:val="567"/>
          <w:jc w:val="center"/>
        </w:trPr>
        <w:tc>
          <w:tcPr>
            <w:tcW w:w="2576" w:type="dxa"/>
            <w:tcMar>
              <w:top w:w="100" w:type="dxa"/>
              <w:left w:w="120" w:type="dxa"/>
              <w:bottom w:w="100" w:type="dxa"/>
              <w:right w:w="120" w:type="dxa"/>
            </w:tcMar>
            <w:vAlign w:val="center"/>
          </w:tcPr>
          <w:p w14:paraId="205985C3" w14:textId="77777777" w:rsidR="00830924" w:rsidRPr="00584666" w:rsidRDefault="00830924">
            <w:pPr>
              <w:rPr>
                <w:rFonts w:ascii="游明朝" w:eastAsia="游明朝" w:hAnsi="游明朝"/>
              </w:rPr>
            </w:pPr>
          </w:p>
        </w:tc>
        <w:tc>
          <w:tcPr>
            <w:tcW w:w="2576" w:type="dxa"/>
            <w:tcMar>
              <w:top w:w="100" w:type="dxa"/>
              <w:left w:w="120" w:type="dxa"/>
              <w:bottom w:w="100" w:type="dxa"/>
              <w:right w:w="120" w:type="dxa"/>
            </w:tcMar>
            <w:vAlign w:val="center"/>
          </w:tcPr>
          <w:p w14:paraId="256D584B" w14:textId="77777777" w:rsidR="00830924" w:rsidRPr="00584666" w:rsidRDefault="00830924">
            <w:pPr>
              <w:rPr>
                <w:rFonts w:ascii="游明朝" w:eastAsia="游明朝" w:hAnsi="游明朝"/>
              </w:rPr>
            </w:pPr>
          </w:p>
        </w:tc>
        <w:tc>
          <w:tcPr>
            <w:tcW w:w="2575" w:type="dxa"/>
            <w:tcMar>
              <w:top w:w="100" w:type="dxa"/>
              <w:left w:w="120" w:type="dxa"/>
              <w:bottom w:w="100" w:type="dxa"/>
              <w:right w:w="120" w:type="dxa"/>
            </w:tcMar>
            <w:vAlign w:val="center"/>
          </w:tcPr>
          <w:p w14:paraId="6EE0EF8A" w14:textId="77777777" w:rsidR="00830924" w:rsidRPr="00584666" w:rsidRDefault="00830924">
            <w:pPr>
              <w:rPr>
                <w:rFonts w:ascii="游明朝" w:eastAsia="游明朝" w:hAnsi="游明朝"/>
              </w:rPr>
            </w:pPr>
          </w:p>
        </w:tc>
        <w:tc>
          <w:tcPr>
            <w:tcW w:w="2575" w:type="dxa"/>
            <w:tcMar>
              <w:top w:w="100" w:type="dxa"/>
              <w:left w:w="120" w:type="dxa"/>
              <w:bottom w:w="100" w:type="dxa"/>
              <w:right w:w="120" w:type="dxa"/>
            </w:tcMar>
            <w:vAlign w:val="center"/>
          </w:tcPr>
          <w:p w14:paraId="4652671C" w14:textId="77777777" w:rsidR="00830924" w:rsidRPr="00584666" w:rsidRDefault="00830924">
            <w:pPr>
              <w:rPr>
                <w:rFonts w:ascii="游明朝" w:eastAsia="游明朝" w:hAnsi="游明朝"/>
              </w:rPr>
            </w:pPr>
          </w:p>
        </w:tc>
      </w:tr>
      <w:tr w:rsidR="00830924" w:rsidRPr="00584666" w14:paraId="4EAD167D" w14:textId="77777777" w:rsidTr="00356DFB">
        <w:trPr>
          <w:trHeight w:val="567"/>
          <w:jc w:val="center"/>
        </w:trPr>
        <w:tc>
          <w:tcPr>
            <w:tcW w:w="2576" w:type="dxa"/>
            <w:tcMar>
              <w:top w:w="100" w:type="dxa"/>
              <w:left w:w="120" w:type="dxa"/>
              <w:bottom w:w="100" w:type="dxa"/>
              <w:right w:w="120" w:type="dxa"/>
            </w:tcMar>
            <w:vAlign w:val="center"/>
          </w:tcPr>
          <w:p w14:paraId="5F00B189" w14:textId="77777777" w:rsidR="00830924" w:rsidRPr="00584666" w:rsidRDefault="00830924">
            <w:pPr>
              <w:rPr>
                <w:rFonts w:ascii="游明朝" w:eastAsia="游明朝" w:hAnsi="游明朝"/>
              </w:rPr>
            </w:pPr>
          </w:p>
        </w:tc>
        <w:tc>
          <w:tcPr>
            <w:tcW w:w="2576" w:type="dxa"/>
            <w:tcMar>
              <w:top w:w="100" w:type="dxa"/>
              <w:left w:w="120" w:type="dxa"/>
              <w:bottom w:w="100" w:type="dxa"/>
              <w:right w:w="120" w:type="dxa"/>
            </w:tcMar>
            <w:vAlign w:val="center"/>
          </w:tcPr>
          <w:p w14:paraId="38A7B534" w14:textId="77777777" w:rsidR="00830924" w:rsidRPr="00584666" w:rsidRDefault="00830924">
            <w:pPr>
              <w:rPr>
                <w:rFonts w:ascii="游明朝" w:eastAsia="游明朝" w:hAnsi="游明朝"/>
              </w:rPr>
            </w:pPr>
          </w:p>
        </w:tc>
        <w:tc>
          <w:tcPr>
            <w:tcW w:w="2575" w:type="dxa"/>
            <w:tcMar>
              <w:top w:w="100" w:type="dxa"/>
              <w:left w:w="120" w:type="dxa"/>
              <w:bottom w:w="100" w:type="dxa"/>
              <w:right w:w="120" w:type="dxa"/>
            </w:tcMar>
            <w:vAlign w:val="center"/>
          </w:tcPr>
          <w:p w14:paraId="14DF5CF7" w14:textId="77777777" w:rsidR="00830924" w:rsidRPr="00584666" w:rsidRDefault="00830924">
            <w:pPr>
              <w:rPr>
                <w:rFonts w:ascii="游明朝" w:eastAsia="游明朝" w:hAnsi="游明朝"/>
              </w:rPr>
            </w:pPr>
          </w:p>
        </w:tc>
        <w:tc>
          <w:tcPr>
            <w:tcW w:w="2575" w:type="dxa"/>
            <w:tcMar>
              <w:top w:w="100" w:type="dxa"/>
              <w:left w:w="120" w:type="dxa"/>
              <w:bottom w:w="100" w:type="dxa"/>
              <w:right w:w="120" w:type="dxa"/>
            </w:tcMar>
            <w:vAlign w:val="center"/>
          </w:tcPr>
          <w:p w14:paraId="57FE37BC" w14:textId="77777777" w:rsidR="00830924" w:rsidRPr="00584666" w:rsidRDefault="00830924">
            <w:pPr>
              <w:rPr>
                <w:rFonts w:ascii="游明朝" w:eastAsia="游明朝" w:hAnsi="游明朝"/>
              </w:rPr>
            </w:pPr>
          </w:p>
        </w:tc>
      </w:tr>
      <w:tr w:rsidR="00830924" w:rsidRPr="00584666" w14:paraId="02FE32BF" w14:textId="77777777" w:rsidTr="00356DFB">
        <w:trPr>
          <w:trHeight w:val="567"/>
          <w:jc w:val="center"/>
        </w:trPr>
        <w:tc>
          <w:tcPr>
            <w:tcW w:w="2576" w:type="dxa"/>
            <w:tcMar>
              <w:top w:w="100" w:type="dxa"/>
              <w:left w:w="120" w:type="dxa"/>
              <w:bottom w:w="100" w:type="dxa"/>
              <w:right w:w="120" w:type="dxa"/>
            </w:tcMar>
            <w:vAlign w:val="center"/>
          </w:tcPr>
          <w:p w14:paraId="6144A887" w14:textId="77777777" w:rsidR="00830924" w:rsidRPr="00584666" w:rsidRDefault="00830924">
            <w:pPr>
              <w:rPr>
                <w:rFonts w:ascii="游明朝" w:eastAsia="游明朝" w:hAnsi="游明朝"/>
              </w:rPr>
            </w:pPr>
          </w:p>
        </w:tc>
        <w:tc>
          <w:tcPr>
            <w:tcW w:w="2576" w:type="dxa"/>
            <w:tcMar>
              <w:top w:w="100" w:type="dxa"/>
              <w:left w:w="120" w:type="dxa"/>
              <w:bottom w:w="100" w:type="dxa"/>
              <w:right w:w="120" w:type="dxa"/>
            </w:tcMar>
            <w:vAlign w:val="center"/>
          </w:tcPr>
          <w:p w14:paraId="22022B32" w14:textId="77777777" w:rsidR="00830924" w:rsidRPr="00584666" w:rsidRDefault="00830924">
            <w:pPr>
              <w:rPr>
                <w:rFonts w:ascii="游明朝" w:eastAsia="游明朝" w:hAnsi="游明朝"/>
              </w:rPr>
            </w:pPr>
          </w:p>
        </w:tc>
        <w:tc>
          <w:tcPr>
            <w:tcW w:w="2575" w:type="dxa"/>
            <w:tcMar>
              <w:top w:w="100" w:type="dxa"/>
              <w:left w:w="120" w:type="dxa"/>
              <w:bottom w:w="100" w:type="dxa"/>
              <w:right w:w="120" w:type="dxa"/>
            </w:tcMar>
            <w:vAlign w:val="center"/>
          </w:tcPr>
          <w:p w14:paraId="483FE312" w14:textId="77777777" w:rsidR="00830924" w:rsidRPr="00584666" w:rsidRDefault="00830924">
            <w:pPr>
              <w:rPr>
                <w:rFonts w:ascii="游明朝" w:eastAsia="游明朝" w:hAnsi="游明朝"/>
              </w:rPr>
            </w:pPr>
          </w:p>
        </w:tc>
        <w:tc>
          <w:tcPr>
            <w:tcW w:w="2575" w:type="dxa"/>
            <w:tcMar>
              <w:top w:w="100" w:type="dxa"/>
              <w:left w:w="120" w:type="dxa"/>
              <w:bottom w:w="100" w:type="dxa"/>
              <w:right w:w="120" w:type="dxa"/>
            </w:tcMar>
            <w:vAlign w:val="center"/>
          </w:tcPr>
          <w:p w14:paraId="55F7156F" w14:textId="77777777" w:rsidR="00830924" w:rsidRPr="00584666" w:rsidRDefault="00830924">
            <w:pPr>
              <w:rPr>
                <w:rFonts w:ascii="游明朝" w:eastAsia="游明朝" w:hAnsi="游明朝"/>
              </w:rPr>
            </w:pPr>
          </w:p>
        </w:tc>
      </w:tr>
    </w:tbl>
    <w:p w14:paraId="1067985B" w14:textId="77777777" w:rsidR="00E5703F" w:rsidRPr="00584666" w:rsidRDefault="00E5703F">
      <w:pPr>
        <w:spacing w:after="20"/>
        <w:rPr>
          <w:rFonts w:ascii="游明朝" w:eastAsia="游明朝" w:hAnsi="游明朝"/>
          <w:lang w:eastAsia="ja-JP"/>
        </w:rPr>
      </w:pPr>
    </w:p>
    <w:p w14:paraId="3AB2AF76" w14:textId="77777777" w:rsidR="00382B48" w:rsidRPr="00584666" w:rsidRDefault="00382B48">
      <w:pPr>
        <w:spacing w:after="20"/>
        <w:rPr>
          <w:rFonts w:ascii="游明朝" w:eastAsia="游明朝" w:hAnsi="游明朝"/>
          <w:lang w:eastAsia="ja-JP"/>
        </w:rPr>
      </w:pPr>
    </w:p>
    <w:p w14:paraId="11A2ACC5" w14:textId="77777777" w:rsidR="00382B48" w:rsidRPr="00584666" w:rsidRDefault="00382B48">
      <w:pPr>
        <w:spacing w:after="20"/>
        <w:rPr>
          <w:rFonts w:ascii="游明朝" w:eastAsia="游明朝" w:hAnsi="游明朝"/>
          <w:lang w:eastAsia="ja-JP"/>
        </w:rPr>
      </w:pPr>
    </w:p>
    <w:p w14:paraId="07618CB3" w14:textId="77777777" w:rsidR="00382B48" w:rsidRPr="00584666" w:rsidRDefault="00382B48">
      <w:pPr>
        <w:spacing w:after="20"/>
        <w:rPr>
          <w:rFonts w:ascii="游明朝" w:eastAsia="游明朝" w:hAnsi="游明朝"/>
          <w:lang w:eastAsia="ja-JP"/>
        </w:rPr>
      </w:pPr>
    </w:p>
    <w:p w14:paraId="1CFEE1C2" w14:textId="77777777" w:rsidR="00382B48" w:rsidRPr="00584666" w:rsidRDefault="00382B48">
      <w:pPr>
        <w:spacing w:after="20"/>
        <w:rPr>
          <w:rFonts w:ascii="游明朝" w:eastAsia="游明朝" w:hAnsi="游明朝"/>
          <w:lang w:eastAsia="ja-JP"/>
        </w:rPr>
      </w:pPr>
    </w:p>
    <w:p w14:paraId="7E448060" w14:textId="77777777" w:rsidR="00382B48" w:rsidRPr="00584666" w:rsidRDefault="00382B48">
      <w:pPr>
        <w:spacing w:after="20"/>
        <w:rPr>
          <w:rFonts w:ascii="游明朝" w:eastAsia="游明朝" w:hAnsi="游明朝"/>
          <w:lang w:eastAsia="ja-JP"/>
        </w:rPr>
      </w:pPr>
    </w:p>
    <w:p w14:paraId="39C6D5FB" w14:textId="77777777" w:rsidR="00382B48" w:rsidRPr="00584666" w:rsidRDefault="00382B48">
      <w:pPr>
        <w:spacing w:after="20"/>
        <w:rPr>
          <w:rFonts w:ascii="游明朝" w:eastAsia="游明朝" w:hAnsi="游明朝"/>
          <w:lang w:eastAsia="ja-JP"/>
        </w:rPr>
      </w:pPr>
    </w:p>
    <w:p w14:paraId="0C1ADEFC" w14:textId="77777777" w:rsidR="00382B48" w:rsidRPr="00584666" w:rsidRDefault="00382B48">
      <w:pPr>
        <w:spacing w:after="20"/>
        <w:rPr>
          <w:rFonts w:ascii="游明朝" w:eastAsia="游明朝" w:hAnsi="游明朝"/>
          <w:lang w:eastAsia="ja-JP"/>
        </w:rPr>
      </w:pPr>
    </w:p>
    <w:p w14:paraId="763E7BFE" w14:textId="77777777" w:rsidR="00382B48" w:rsidRPr="00584666" w:rsidRDefault="00382B48">
      <w:pPr>
        <w:spacing w:after="20"/>
        <w:rPr>
          <w:rFonts w:ascii="游明朝" w:eastAsia="游明朝" w:hAnsi="游明朝"/>
          <w:lang w:eastAsia="ja-JP"/>
        </w:rPr>
      </w:pPr>
    </w:p>
    <w:p w14:paraId="4A51A673" w14:textId="77777777" w:rsidR="00382B48" w:rsidRPr="00584666" w:rsidRDefault="00382B48">
      <w:pPr>
        <w:spacing w:after="20"/>
        <w:rPr>
          <w:rFonts w:ascii="游明朝" w:eastAsia="游明朝" w:hAnsi="游明朝"/>
          <w:lang w:eastAsia="ja-JP"/>
        </w:rPr>
      </w:pPr>
    </w:p>
    <w:p w14:paraId="6AFB71FC" w14:textId="77777777" w:rsidR="00382B48" w:rsidRPr="00584666" w:rsidRDefault="00382B48">
      <w:pPr>
        <w:spacing w:after="20"/>
        <w:rPr>
          <w:rFonts w:ascii="游明朝" w:eastAsia="游明朝" w:hAnsi="游明朝"/>
          <w:lang w:eastAsia="ja-JP"/>
        </w:rPr>
      </w:pPr>
    </w:p>
    <w:p w14:paraId="767F0641" w14:textId="77777777" w:rsidR="00382B48" w:rsidRPr="00584666" w:rsidRDefault="00382B48">
      <w:pPr>
        <w:spacing w:after="20"/>
        <w:rPr>
          <w:rFonts w:ascii="游明朝" w:eastAsia="游明朝" w:hAnsi="游明朝"/>
          <w:lang w:eastAsia="ja-JP"/>
        </w:rPr>
      </w:pPr>
    </w:p>
    <w:p w14:paraId="1DC62154" w14:textId="77777777" w:rsidR="00382B48" w:rsidRPr="00584666" w:rsidRDefault="00382B48">
      <w:pPr>
        <w:spacing w:after="20"/>
        <w:rPr>
          <w:rFonts w:ascii="游明朝" w:eastAsia="游明朝" w:hAnsi="游明朝"/>
          <w:lang w:eastAsia="ja-JP"/>
        </w:rPr>
      </w:pPr>
    </w:p>
    <w:p w14:paraId="7B1F7BB2" w14:textId="77777777" w:rsidR="00382B48" w:rsidRDefault="00382B48">
      <w:pPr>
        <w:spacing w:after="20"/>
        <w:rPr>
          <w:rFonts w:ascii="游明朝" w:eastAsia="游明朝" w:hAnsi="游明朝"/>
          <w:lang w:eastAsia="ja-JP"/>
        </w:rPr>
      </w:pPr>
    </w:p>
    <w:p w14:paraId="346BB059" w14:textId="77777777" w:rsidR="00606E02" w:rsidRDefault="00606E02">
      <w:pPr>
        <w:spacing w:after="20"/>
        <w:rPr>
          <w:rFonts w:ascii="游明朝" w:eastAsia="游明朝" w:hAnsi="游明朝"/>
          <w:lang w:eastAsia="ja-JP"/>
        </w:rPr>
      </w:pPr>
    </w:p>
    <w:p w14:paraId="4E87BCED" w14:textId="77777777" w:rsidR="00606E02" w:rsidRDefault="00606E02">
      <w:pPr>
        <w:spacing w:after="20"/>
        <w:rPr>
          <w:rFonts w:ascii="游明朝" w:eastAsia="游明朝" w:hAnsi="游明朝"/>
          <w:lang w:eastAsia="ja-JP"/>
        </w:rPr>
      </w:pPr>
    </w:p>
    <w:p w14:paraId="4BE68E3F" w14:textId="77777777" w:rsidR="00606E02" w:rsidRDefault="00606E02">
      <w:pPr>
        <w:spacing w:after="20"/>
        <w:rPr>
          <w:rFonts w:ascii="游明朝" w:eastAsia="游明朝" w:hAnsi="游明朝"/>
          <w:lang w:eastAsia="ja-JP"/>
        </w:rPr>
      </w:pPr>
    </w:p>
    <w:p w14:paraId="03E21CAF" w14:textId="77777777" w:rsidR="00606E02" w:rsidRDefault="00606E02">
      <w:pPr>
        <w:spacing w:after="20"/>
        <w:rPr>
          <w:rFonts w:ascii="游明朝" w:eastAsia="游明朝" w:hAnsi="游明朝"/>
          <w:lang w:eastAsia="ja-JP"/>
        </w:rPr>
      </w:pPr>
    </w:p>
    <w:p w14:paraId="1E0DBF7A" w14:textId="77777777" w:rsidR="00606E02" w:rsidRPr="00584666" w:rsidRDefault="00606E02">
      <w:pPr>
        <w:spacing w:after="20"/>
        <w:rPr>
          <w:rFonts w:ascii="游明朝" w:eastAsia="游明朝" w:hAnsi="游明朝"/>
          <w:lang w:eastAsia="ja-JP"/>
        </w:rPr>
      </w:pPr>
    </w:p>
    <w:p w14:paraId="073C4CB7" w14:textId="77777777" w:rsidR="00382B48" w:rsidRPr="00584666" w:rsidRDefault="00382B48">
      <w:pPr>
        <w:spacing w:after="20"/>
        <w:rPr>
          <w:rFonts w:ascii="游明朝" w:eastAsia="游明朝" w:hAnsi="游明朝"/>
          <w:lang w:eastAsia="ja-JP"/>
        </w:rPr>
      </w:pPr>
    </w:p>
    <w:p w14:paraId="52D2BA2E" w14:textId="77777777" w:rsidR="00382B48" w:rsidRPr="00584666" w:rsidRDefault="00382B48">
      <w:pPr>
        <w:spacing w:after="20"/>
        <w:rPr>
          <w:rFonts w:ascii="游明朝" w:eastAsia="游明朝" w:hAnsi="游明朝"/>
          <w:lang w:eastAsia="ja-JP"/>
        </w:rPr>
      </w:pPr>
    </w:p>
    <w:p w14:paraId="3FCAF87C" w14:textId="77777777" w:rsidR="00382B48" w:rsidRPr="00584666" w:rsidRDefault="00382B48">
      <w:pPr>
        <w:spacing w:after="20"/>
        <w:rPr>
          <w:rFonts w:ascii="游明朝" w:eastAsia="游明朝" w:hAnsi="游明朝"/>
          <w:lang w:eastAsia="ja-JP"/>
        </w:rPr>
      </w:pPr>
    </w:p>
    <w:p w14:paraId="14EA2097" w14:textId="77777777" w:rsidR="00382B48" w:rsidRPr="00584666" w:rsidRDefault="00382B48">
      <w:pPr>
        <w:spacing w:after="20"/>
        <w:rPr>
          <w:rFonts w:ascii="游明朝" w:eastAsia="游明朝" w:hAnsi="游明朝"/>
          <w:lang w:eastAsia="ja-JP"/>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118"/>
        <w:gridCol w:w="425"/>
        <w:gridCol w:w="1843"/>
        <w:gridCol w:w="2693"/>
        <w:gridCol w:w="1985"/>
      </w:tblGrid>
      <w:tr w:rsidR="00E5703F" w:rsidRPr="00584666" w14:paraId="4D9A77D2" w14:textId="77777777" w:rsidTr="00AF3D1D">
        <w:trPr>
          <w:trHeight w:val="454"/>
          <w:jc w:val="center"/>
        </w:trPr>
        <w:tc>
          <w:tcPr>
            <w:tcW w:w="10490" w:type="dxa"/>
            <w:gridSpan w:val="6"/>
            <w:tcBorders>
              <w:bottom w:val="nil"/>
            </w:tcBorders>
            <w:shd w:val="clear" w:color="auto" w:fill="000066"/>
            <w:vAlign w:val="center"/>
          </w:tcPr>
          <w:p w14:paraId="5EDFDFD3" w14:textId="1DDB61A6" w:rsidR="00E5703F" w:rsidRPr="00584666" w:rsidRDefault="00E5703F" w:rsidP="00AF3D1D">
            <w:pPr>
              <w:jc w:val="center"/>
              <w:rPr>
                <w:rFonts w:ascii="游明朝" w:eastAsia="游明朝" w:hAnsi="游明朝"/>
                <w:b/>
                <w:sz w:val="32"/>
                <w:szCs w:val="32"/>
              </w:rPr>
            </w:pPr>
            <w:r w:rsidRPr="00584666">
              <w:rPr>
                <w:rFonts w:ascii="游明朝" w:eastAsia="游明朝" w:hAnsi="游明朝"/>
                <w:szCs w:val="21"/>
                <w:lang w:eastAsia="ja-JP"/>
              </w:rPr>
              <w:lastRenderedPageBreak/>
              <w:br w:type="page"/>
            </w:r>
            <w:r w:rsidRPr="00584666">
              <w:rPr>
                <w:rFonts w:ascii="游明朝" w:eastAsia="游明朝" w:hAnsi="游明朝" w:hint="eastAsia"/>
                <w:b/>
                <w:sz w:val="32"/>
                <w:szCs w:val="32"/>
                <w:lang w:eastAsia="ja-JP"/>
              </w:rPr>
              <w:t>助成</w:t>
            </w:r>
            <w:proofErr w:type="spellStart"/>
            <w:r w:rsidRPr="00584666">
              <w:rPr>
                <w:rFonts w:ascii="游明朝" w:eastAsia="游明朝" w:hAnsi="游明朝" w:hint="eastAsia"/>
                <w:b/>
                <w:sz w:val="32"/>
                <w:szCs w:val="32"/>
              </w:rPr>
              <w:t>金振込口座届</w:t>
            </w:r>
            <w:proofErr w:type="spellEnd"/>
          </w:p>
        </w:tc>
      </w:tr>
      <w:tr w:rsidR="00E5703F" w:rsidRPr="00584666" w14:paraId="4ED34429" w14:textId="77777777" w:rsidTr="00E5703F">
        <w:trPr>
          <w:cantSplit/>
          <w:trHeight w:val="769"/>
          <w:jc w:val="center"/>
        </w:trPr>
        <w:tc>
          <w:tcPr>
            <w:tcW w:w="10490" w:type="dxa"/>
            <w:gridSpan w:val="6"/>
            <w:tcBorders>
              <w:top w:val="nil"/>
              <w:left w:val="nil"/>
              <w:bottom w:val="single" w:sz="4" w:space="0" w:color="auto"/>
              <w:right w:val="nil"/>
            </w:tcBorders>
            <w:vAlign w:val="center"/>
          </w:tcPr>
          <w:p w14:paraId="39F388C8" w14:textId="258C59E8" w:rsidR="00E5703F" w:rsidRPr="00584666" w:rsidRDefault="00737CB9" w:rsidP="00737CB9">
            <w:pPr>
              <w:spacing w:line="200" w:lineRule="exact"/>
              <w:rPr>
                <w:rFonts w:ascii="游明朝" w:eastAsia="游明朝" w:hAnsi="游明朝"/>
                <w:spacing w:val="-10"/>
                <w:szCs w:val="19"/>
                <w:lang w:eastAsia="ja-JP"/>
              </w:rPr>
            </w:pPr>
            <w:r w:rsidRPr="00584666">
              <w:rPr>
                <w:rFonts w:ascii="游明朝" w:eastAsia="游明朝" w:hAnsi="游明朝" w:hint="eastAsia"/>
                <w:spacing w:val="-10"/>
                <w:szCs w:val="19"/>
                <w:lang w:eastAsia="ja-JP"/>
              </w:rPr>
              <w:t>申請される教育委員会の銀行口座をご記載ください。なお、</w:t>
            </w:r>
            <w:r w:rsidR="00E5703F" w:rsidRPr="00584666">
              <w:rPr>
                <w:rFonts w:ascii="游明朝" w:eastAsia="游明朝" w:hAnsi="游明朝" w:hint="eastAsia"/>
                <w:spacing w:val="-10"/>
                <w:szCs w:val="19"/>
                <w:lang w:eastAsia="ja-JP"/>
              </w:rPr>
              <w:t>ゆうちょ銀行をご指定の場合、支店名欄には振込用の店名（3桁の漢数字）、口座番号欄には7桁の振込口座番号をご記入ください。</w:t>
            </w:r>
          </w:p>
        </w:tc>
      </w:tr>
      <w:tr w:rsidR="00E5703F" w:rsidRPr="00584666" w14:paraId="1B6AC293" w14:textId="77777777" w:rsidTr="00AF3D1D">
        <w:trPr>
          <w:cantSplit/>
          <w:trHeight w:val="454"/>
          <w:jc w:val="center"/>
        </w:trPr>
        <w:tc>
          <w:tcPr>
            <w:tcW w:w="426" w:type="dxa"/>
            <w:vMerge w:val="restart"/>
            <w:tcBorders>
              <w:top w:val="single" w:sz="4" w:space="0" w:color="auto"/>
            </w:tcBorders>
            <w:shd w:val="clear" w:color="auto" w:fill="D9D9D9"/>
            <w:textDirection w:val="tbRlV"/>
            <w:vAlign w:val="center"/>
          </w:tcPr>
          <w:p w14:paraId="19EABB21" w14:textId="77777777" w:rsidR="00E5703F" w:rsidRPr="00584666" w:rsidRDefault="00E5703F" w:rsidP="00AF3D1D">
            <w:pPr>
              <w:spacing w:line="260" w:lineRule="exact"/>
              <w:ind w:left="113" w:right="113"/>
              <w:jc w:val="center"/>
              <w:rPr>
                <w:rFonts w:ascii="游明朝" w:eastAsia="游明朝" w:hAnsi="游明朝"/>
                <w:b/>
                <w:szCs w:val="21"/>
              </w:rPr>
            </w:pPr>
            <w:proofErr w:type="spellStart"/>
            <w:r w:rsidRPr="00584666">
              <w:rPr>
                <w:rFonts w:ascii="游明朝" w:eastAsia="游明朝" w:hAnsi="游明朝" w:hint="eastAsia"/>
                <w:b/>
                <w:szCs w:val="21"/>
              </w:rPr>
              <w:t>お振込先</w:t>
            </w:r>
            <w:proofErr w:type="spellEnd"/>
          </w:p>
        </w:tc>
        <w:tc>
          <w:tcPr>
            <w:tcW w:w="3543" w:type="dxa"/>
            <w:gridSpan w:val="2"/>
            <w:tcBorders>
              <w:top w:val="single" w:sz="4" w:space="0" w:color="auto"/>
            </w:tcBorders>
            <w:shd w:val="clear" w:color="auto" w:fill="E7E6E6"/>
            <w:vAlign w:val="center"/>
          </w:tcPr>
          <w:p w14:paraId="5D19997C" w14:textId="77777777" w:rsidR="00E5703F" w:rsidRPr="00584666" w:rsidRDefault="00E5703F" w:rsidP="00AF3D1D">
            <w:pPr>
              <w:spacing w:line="260" w:lineRule="exact"/>
              <w:ind w:leftChars="-1" w:left="-2" w:rightChars="-53" w:right="-101" w:firstLineChars="1" w:firstLine="2"/>
              <w:jc w:val="center"/>
              <w:rPr>
                <w:rFonts w:ascii="游明朝" w:eastAsia="游明朝" w:hAnsi="游明朝"/>
                <w:b/>
                <w:bCs/>
                <w:szCs w:val="21"/>
              </w:rPr>
            </w:pPr>
            <w:proofErr w:type="spellStart"/>
            <w:r w:rsidRPr="00584666">
              <w:rPr>
                <w:rFonts w:ascii="游明朝" w:eastAsia="游明朝" w:hAnsi="游明朝" w:hint="eastAsia"/>
                <w:b/>
                <w:bCs/>
                <w:spacing w:val="-10"/>
                <w:szCs w:val="21"/>
              </w:rPr>
              <w:t>銀行名</w:t>
            </w:r>
            <w:proofErr w:type="spellEnd"/>
          </w:p>
        </w:tc>
        <w:tc>
          <w:tcPr>
            <w:tcW w:w="1843" w:type="dxa"/>
            <w:tcBorders>
              <w:top w:val="single" w:sz="4" w:space="0" w:color="auto"/>
            </w:tcBorders>
            <w:shd w:val="clear" w:color="auto" w:fill="E7E6E6"/>
            <w:vAlign w:val="center"/>
          </w:tcPr>
          <w:p w14:paraId="3A22023D" w14:textId="77777777" w:rsidR="00E5703F" w:rsidRPr="00584666" w:rsidRDefault="00E5703F" w:rsidP="00AF3D1D">
            <w:pPr>
              <w:spacing w:line="260" w:lineRule="exact"/>
              <w:ind w:leftChars="-49" w:left="2" w:rightChars="-53" w:right="-101" w:hangingChars="50" w:hanging="95"/>
              <w:jc w:val="center"/>
              <w:rPr>
                <w:rFonts w:ascii="游明朝" w:eastAsia="游明朝" w:hAnsi="游明朝"/>
                <w:b/>
                <w:bCs/>
                <w:szCs w:val="21"/>
              </w:rPr>
            </w:pPr>
            <w:r w:rsidRPr="00584666">
              <w:rPr>
                <w:rFonts w:ascii="游明朝" w:eastAsia="游明朝" w:hAnsi="游明朝" w:hint="eastAsia"/>
                <w:b/>
                <w:bCs/>
                <w:spacing w:val="-10"/>
                <w:szCs w:val="21"/>
              </w:rPr>
              <w:sym w:font="Wingdings" w:char="F0FE"/>
            </w:r>
            <w:proofErr w:type="spellStart"/>
            <w:r w:rsidRPr="00584666">
              <w:rPr>
                <w:rFonts w:ascii="游明朝" w:eastAsia="游明朝" w:hAnsi="游明朝" w:hint="eastAsia"/>
                <w:b/>
                <w:bCs/>
                <w:spacing w:val="-10"/>
                <w:szCs w:val="21"/>
              </w:rPr>
              <w:t>をつけてください</w:t>
            </w:r>
            <w:proofErr w:type="spellEnd"/>
          </w:p>
        </w:tc>
        <w:tc>
          <w:tcPr>
            <w:tcW w:w="2693" w:type="dxa"/>
            <w:tcBorders>
              <w:top w:val="single" w:sz="4" w:space="0" w:color="auto"/>
            </w:tcBorders>
            <w:shd w:val="clear" w:color="auto" w:fill="E7E6E6"/>
            <w:vAlign w:val="center"/>
          </w:tcPr>
          <w:p w14:paraId="45BCAFFB" w14:textId="77777777" w:rsidR="00E5703F" w:rsidRPr="00584666" w:rsidRDefault="00E5703F" w:rsidP="00AF3D1D">
            <w:pPr>
              <w:spacing w:line="260" w:lineRule="exact"/>
              <w:jc w:val="center"/>
              <w:rPr>
                <w:rFonts w:ascii="游明朝" w:eastAsia="游明朝" w:hAnsi="游明朝"/>
                <w:b/>
                <w:bCs/>
                <w:szCs w:val="21"/>
              </w:rPr>
            </w:pPr>
            <w:proofErr w:type="spellStart"/>
            <w:r w:rsidRPr="00584666">
              <w:rPr>
                <w:rFonts w:ascii="游明朝" w:eastAsia="游明朝" w:hAnsi="游明朝" w:hint="eastAsia"/>
                <w:b/>
                <w:bCs/>
                <w:spacing w:val="-10"/>
                <w:szCs w:val="21"/>
              </w:rPr>
              <w:t>支店名</w:t>
            </w:r>
            <w:proofErr w:type="spellEnd"/>
          </w:p>
        </w:tc>
        <w:tc>
          <w:tcPr>
            <w:tcW w:w="1985" w:type="dxa"/>
            <w:tcBorders>
              <w:top w:val="single" w:sz="4" w:space="0" w:color="auto"/>
            </w:tcBorders>
            <w:shd w:val="clear" w:color="auto" w:fill="E7E6E6"/>
            <w:vAlign w:val="center"/>
          </w:tcPr>
          <w:p w14:paraId="72B81782" w14:textId="77777777" w:rsidR="00E5703F" w:rsidRPr="00584666" w:rsidRDefault="00E5703F" w:rsidP="00AF3D1D">
            <w:pPr>
              <w:spacing w:line="260" w:lineRule="exact"/>
              <w:ind w:leftChars="-49" w:left="15" w:rightChars="-52" w:right="-99" w:hangingChars="57" w:hanging="108"/>
              <w:jc w:val="center"/>
              <w:rPr>
                <w:rFonts w:ascii="游明朝" w:eastAsia="游明朝" w:hAnsi="游明朝"/>
                <w:b/>
                <w:bCs/>
                <w:szCs w:val="21"/>
              </w:rPr>
            </w:pPr>
            <w:r w:rsidRPr="00584666">
              <w:rPr>
                <w:rFonts w:ascii="游明朝" w:eastAsia="游明朝" w:hAnsi="游明朝" w:hint="eastAsia"/>
                <w:b/>
                <w:bCs/>
                <w:szCs w:val="21"/>
              </w:rPr>
              <w:sym w:font="Wingdings" w:char="F0FE"/>
            </w:r>
            <w:proofErr w:type="spellStart"/>
            <w:r w:rsidRPr="00584666">
              <w:rPr>
                <w:rFonts w:ascii="游明朝" w:eastAsia="游明朝" w:hAnsi="游明朝" w:hint="eastAsia"/>
                <w:b/>
                <w:bCs/>
                <w:szCs w:val="21"/>
              </w:rPr>
              <w:t>をつけてください</w:t>
            </w:r>
            <w:proofErr w:type="spellEnd"/>
          </w:p>
        </w:tc>
      </w:tr>
      <w:tr w:rsidR="00E5703F" w:rsidRPr="00584666" w14:paraId="1F005A55" w14:textId="77777777" w:rsidTr="00AF3D1D">
        <w:trPr>
          <w:cantSplit/>
          <w:trHeight w:val="1188"/>
          <w:jc w:val="center"/>
        </w:trPr>
        <w:tc>
          <w:tcPr>
            <w:tcW w:w="426" w:type="dxa"/>
            <w:vMerge/>
            <w:shd w:val="clear" w:color="auto" w:fill="D9D9D9"/>
            <w:textDirection w:val="tbRlV"/>
            <w:vAlign w:val="center"/>
          </w:tcPr>
          <w:p w14:paraId="69B74E0D" w14:textId="77777777" w:rsidR="00E5703F" w:rsidRPr="00584666" w:rsidRDefault="00E5703F" w:rsidP="00AF3D1D">
            <w:pPr>
              <w:spacing w:line="260" w:lineRule="exact"/>
              <w:ind w:left="113" w:right="113"/>
              <w:jc w:val="center"/>
              <w:rPr>
                <w:rFonts w:ascii="游明朝" w:eastAsia="游明朝" w:hAnsi="游明朝"/>
                <w:b/>
                <w:szCs w:val="21"/>
              </w:rPr>
            </w:pPr>
          </w:p>
        </w:tc>
        <w:tc>
          <w:tcPr>
            <w:tcW w:w="3543" w:type="dxa"/>
            <w:gridSpan w:val="2"/>
            <w:tcBorders>
              <w:bottom w:val="single" w:sz="4" w:space="0" w:color="auto"/>
            </w:tcBorders>
            <w:vAlign w:val="center"/>
          </w:tcPr>
          <w:p w14:paraId="383A41F5" w14:textId="77777777" w:rsidR="00E5703F" w:rsidRPr="00584666" w:rsidRDefault="00E5703F" w:rsidP="00AF3D1D">
            <w:pPr>
              <w:spacing w:line="200" w:lineRule="exact"/>
              <w:rPr>
                <w:rFonts w:ascii="游明朝" w:eastAsia="游明朝" w:hAnsi="游明朝"/>
                <w:szCs w:val="21"/>
              </w:rPr>
            </w:pPr>
          </w:p>
        </w:tc>
        <w:tc>
          <w:tcPr>
            <w:tcW w:w="1843" w:type="dxa"/>
            <w:tcBorders>
              <w:bottom w:val="single" w:sz="4" w:space="0" w:color="auto"/>
            </w:tcBorders>
            <w:vAlign w:val="center"/>
          </w:tcPr>
          <w:p w14:paraId="2E0129CC" w14:textId="77777777" w:rsidR="00E5703F" w:rsidRPr="00584666" w:rsidRDefault="00E5703F" w:rsidP="00AF3D1D">
            <w:pPr>
              <w:spacing w:line="250" w:lineRule="exact"/>
              <w:rPr>
                <w:rFonts w:ascii="游明朝" w:eastAsia="游明朝" w:hAnsi="游明朝"/>
                <w:szCs w:val="21"/>
                <w:lang w:eastAsia="zh-TW"/>
              </w:rPr>
            </w:pPr>
            <w:r w:rsidRPr="00584666">
              <w:rPr>
                <w:rFonts w:ascii="游明朝" w:eastAsia="游明朝" w:hAnsi="游明朝" w:hint="eastAsia"/>
                <w:szCs w:val="21"/>
                <w:lang w:eastAsia="zh-TW"/>
              </w:rPr>
              <w:t>□銀行</w:t>
            </w:r>
          </w:p>
          <w:p w14:paraId="7DAD501F" w14:textId="77777777" w:rsidR="00E5703F" w:rsidRPr="00584666" w:rsidRDefault="00E5703F" w:rsidP="00AF3D1D">
            <w:pPr>
              <w:spacing w:line="250" w:lineRule="exact"/>
              <w:rPr>
                <w:rFonts w:ascii="游明朝" w:eastAsia="游明朝" w:hAnsi="游明朝"/>
                <w:szCs w:val="21"/>
                <w:lang w:eastAsia="zh-TW"/>
              </w:rPr>
            </w:pPr>
            <w:r w:rsidRPr="00584666">
              <w:rPr>
                <w:rFonts w:ascii="游明朝" w:eastAsia="游明朝" w:hAnsi="游明朝" w:hint="eastAsia"/>
                <w:szCs w:val="21"/>
                <w:lang w:eastAsia="zh-TW"/>
              </w:rPr>
              <w:t>□信用金庫</w:t>
            </w:r>
          </w:p>
          <w:p w14:paraId="7CE7AD5E" w14:textId="77777777" w:rsidR="00E5703F" w:rsidRPr="00584666" w:rsidRDefault="00E5703F" w:rsidP="00AF3D1D">
            <w:pPr>
              <w:spacing w:line="250" w:lineRule="exact"/>
              <w:rPr>
                <w:rFonts w:ascii="游明朝" w:eastAsia="游明朝" w:hAnsi="游明朝"/>
                <w:szCs w:val="21"/>
                <w:lang w:eastAsia="zh-TW"/>
              </w:rPr>
            </w:pPr>
            <w:r w:rsidRPr="00584666">
              <w:rPr>
                <w:rFonts w:ascii="游明朝" w:eastAsia="游明朝" w:hAnsi="游明朝" w:hint="eastAsia"/>
                <w:szCs w:val="21"/>
                <w:lang w:eastAsia="zh-TW"/>
              </w:rPr>
              <w:t>□信用組合</w:t>
            </w:r>
          </w:p>
          <w:p w14:paraId="5EF2F5F1" w14:textId="77777777" w:rsidR="00E5703F" w:rsidRPr="00584666" w:rsidRDefault="00E5703F" w:rsidP="00AF3D1D">
            <w:pPr>
              <w:spacing w:line="250" w:lineRule="exact"/>
              <w:rPr>
                <w:rFonts w:ascii="游明朝" w:eastAsia="游明朝" w:hAnsi="游明朝"/>
                <w:szCs w:val="21"/>
              </w:rPr>
            </w:pPr>
            <w:r w:rsidRPr="00584666">
              <w:rPr>
                <w:rFonts w:ascii="游明朝" w:eastAsia="游明朝" w:hAnsi="游明朝" w:hint="eastAsia"/>
                <w:szCs w:val="21"/>
              </w:rPr>
              <w:t>□</w:t>
            </w:r>
            <w:proofErr w:type="spellStart"/>
            <w:r w:rsidRPr="00584666">
              <w:rPr>
                <w:rFonts w:ascii="游明朝" w:eastAsia="游明朝" w:hAnsi="游明朝" w:hint="eastAsia"/>
                <w:szCs w:val="21"/>
              </w:rPr>
              <w:t>農協</w:t>
            </w:r>
            <w:proofErr w:type="spellEnd"/>
          </w:p>
        </w:tc>
        <w:tc>
          <w:tcPr>
            <w:tcW w:w="2693" w:type="dxa"/>
            <w:tcBorders>
              <w:bottom w:val="single" w:sz="4" w:space="0" w:color="auto"/>
            </w:tcBorders>
            <w:vAlign w:val="center"/>
          </w:tcPr>
          <w:p w14:paraId="29D21610" w14:textId="77777777" w:rsidR="00E5703F" w:rsidRPr="00584666" w:rsidRDefault="00E5703F" w:rsidP="00AF3D1D">
            <w:pPr>
              <w:spacing w:line="200" w:lineRule="exact"/>
              <w:rPr>
                <w:rFonts w:ascii="游明朝" w:eastAsia="游明朝" w:hAnsi="游明朝"/>
                <w:szCs w:val="21"/>
              </w:rPr>
            </w:pPr>
          </w:p>
        </w:tc>
        <w:tc>
          <w:tcPr>
            <w:tcW w:w="1985" w:type="dxa"/>
            <w:vAlign w:val="center"/>
          </w:tcPr>
          <w:p w14:paraId="7BA532C9" w14:textId="77777777" w:rsidR="00E5703F" w:rsidRPr="00584666" w:rsidRDefault="00E5703F" w:rsidP="00AF3D1D">
            <w:pPr>
              <w:spacing w:line="300" w:lineRule="exact"/>
              <w:rPr>
                <w:rFonts w:ascii="游明朝" w:eastAsia="游明朝" w:hAnsi="游明朝"/>
                <w:szCs w:val="21"/>
                <w:lang w:eastAsia="zh-TW"/>
              </w:rPr>
            </w:pPr>
            <w:r w:rsidRPr="00584666">
              <w:rPr>
                <w:rFonts w:ascii="游明朝" w:eastAsia="游明朝" w:hAnsi="游明朝" w:hint="eastAsia"/>
                <w:szCs w:val="21"/>
                <w:lang w:eastAsia="zh-TW"/>
              </w:rPr>
              <w:t>□支店</w:t>
            </w:r>
          </w:p>
          <w:p w14:paraId="0B9A3418" w14:textId="77777777" w:rsidR="00E5703F" w:rsidRPr="00584666" w:rsidRDefault="00E5703F" w:rsidP="00AF3D1D">
            <w:pPr>
              <w:spacing w:line="300" w:lineRule="exact"/>
              <w:rPr>
                <w:rFonts w:ascii="游明朝" w:eastAsia="游明朝" w:hAnsi="游明朝"/>
                <w:szCs w:val="21"/>
                <w:lang w:eastAsia="zh-TW"/>
              </w:rPr>
            </w:pPr>
            <w:r w:rsidRPr="00584666">
              <w:rPr>
                <w:rFonts w:ascii="游明朝" w:eastAsia="游明朝" w:hAnsi="游明朝" w:hint="eastAsia"/>
                <w:szCs w:val="21"/>
                <w:lang w:eastAsia="zh-TW"/>
              </w:rPr>
              <w:t>□出張所</w:t>
            </w:r>
          </w:p>
          <w:p w14:paraId="35CD45ED" w14:textId="77777777" w:rsidR="00E5703F" w:rsidRPr="00584666" w:rsidRDefault="00E5703F" w:rsidP="00AF3D1D">
            <w:pPr>
              <w:spacing w:line="300" w:lineRule="exact"/>
              <w:rPr>
                <w:rFonts w:ascii="游明朝" w:eastAsia="游明朝" w:hAnsi="游明朝"/>
                <w:szCs w:val="21"/>
                <w:lang w:eastAsia="zh-TW"/>
              </w:rPr>
            </w:pPr>
            <w:r w:rsidRPr="00584666">
              <w:rPr>
                <w:rFonts w:ascii="游明朝" w:eastAsia="游明朝" w:hAnsi="游明朝" w:hint="eastAsia"/>
                <w:szCs w:val="21"/>
                <w:lang w:eastAsia="zh-TW"/>
              </w:rPr>
              <w:t>□営業所</w:t>
            </w:r>
          </w:p>
        </w:tc>
      </w:tr>
      <w:tr w:rsidR="00E5703F" w:rsidRPr="00584666" w14:paraId="4C32FE12" w14:textId="77777777" w:rsidTr="00AF3D1D">
        <w:trPr>
          <w:cantSplit/>
          <w:trHeight w:val="70"/>
          <w:jc w:val="center"/>
        </w:trPr>
        <w:tc>
          <w:tcPr>
            <w:tcW w:w="426" w:type="dxa"/>
            <w:vMerge w:val="restart"/>
            <w:shd w:val="clear" w:color="auto" w:fill="D9D9D9"/>
            <w:textDirection w:val="tbRlV"/>
            <w:vAlign w:val="center"/>
          </w:tcPr>
          <w:p w14:paraId="6B96426C" w14:textId="77777777" w:rsidR="00E5703F" w:rsidRPr="00584666" w:rsidRDefault="00E5703F" w:rsidP="00AF3D1D">
            <w:pPr>
              <w:spacing w:line="260" w:lineRule="exact"/>
              <w:ind w:leftChars="50" w:left="95" w:rightChars="50" w:right="95"/>
              <w:jc w:val="center"/>
              <w:rPr>
                <w:rFonts w:ascii="游明朝" w:eastAsia="游明朝" w:hAnsi="游明朝"/>
                <w:b/>
                <w:szCs w:val="21"/>
              </w:rPr>
            </w:pPr>
            <w:proofErr w:type="spellStart"/>
            <w:r w:rsidRPr="00584666">
              <w:rPr>
                <w:rFonts w:ascii="游明朝" w:eastAsia="游明朝" w:hAnsi="游明朝" w:hint="eastAsia"/>
                <w:b/>
                <w:szCs w:val="21"/>
              </w:rPr>
              <w:t>預金種別</w:t>
            </w:r>
            <w:proofErr w:type="spellEnd"/>
          </w:p>
        </w:tc>
        <w:tc>
          <w:tcPr>
            <w:tcW w:w="3118" w:type="dxa"/>
            <w:vMerge w:val="restart"/>
            <w:vAlign w:val="center"/>
          </w:tcPr>
          <w:p w14:paraId="7E7F1760" w14:textId="68C6E627" w:rsidR="00E5703F" w:rsidRPr="00584666" w:rsidRDefault="00E5703F" w:rsidP="00AF3D1D">
            <w:pPr>
              <w:spacing w:line="300" w:lineRule="exact"/>
              <w:ind w:left="113" w:right="113"/>
              <w:jc w:val="center"/>
              <w:rPr>
                <w:rFonts w:ascii="游明朝" w:eastAsia="游明朝" w:hAnsi="游明朝"/>
                <w:sz w:val="28"/>
                <w:szCs w:val="28"/>
                <w:lang w:eastAsia="ja-JP"/>
              </w:rPr>
            </w:pPr>
            <w:r w:rsidRPr="00584666">
              <w:rPr>
                <w:rFonts w:ascii="游明朝" w:eastAsia="游明朝" w:hAnsi="游明朝" w:hint="eastAsia"/>
                <w:sz w:val="28"/>
                <w:szCs w:val="28"/>
                <w:lang w:eastAsia="ja-JP"/>
              </w:rPr>
              <w:t>普通預金</w:t>
            </w:r>
          </w:p>
          <w:p w14:paraId="6CB0BEAD" w14:textId="77777777" w:rsidR="00E5703F" w:rsidRPr="00584666" w:rsidRDefault="00E5703F" w:rsidP="00AF3D1D">
            <w:pPr>
              <w:ind w:left="113" w:right="113"/>
              <w:jc w:val="center"/>
              <w:rPr>
                <w:rFonts w:ascii="游明朝" w:eastAsia="游明朝" w:hAnsi="游明朝"/>
                <w:sz w:val="16"/>
                <w:szCs w:val="16"/>
                <w:lang w:eastAsia="ja-JP"/>
              </w:rPr>
            </w:pPr>
            <w:r w:rsidRPr="00584666">
              <w:rPr>
                <w:rFonts w:ascii="游明朝" w:eastAsia="游明朝" w:hAnsi="游明朝" w:hint="eastAsia"/>
                <w:sz w:val="16"/>
                <w:szCs w:val="16"/>
                <w:lang w:eastAsia="ja-JP"/>
              </w:rPr>
              <w:t>ゆうちょ銀行の「通常貯金」も</w:t>
            </w:r>
          </w:p>
          <w:p w14:paraId="538FD5FA" w14:textId="77777777" w:rsidR="00E5703F" w:rsidRPr="00584666" w:rsidRDefault="00E5703F" w:rsidP="00AF3D1D">
            <w:pPr>
              <w:ind w:left="113" w:right="113"/>
              <w:jc w:val="center"/>
              <w:rPr>
                <w:rFonts w:ascii="游明朝" w:eastAsia="游明朝" w:hAnsi="游明朝"/>
                <w:b/>
                <w:szCs w:val="21"/>
                <w:lang w:eastAsia="ja-JP"/>
              </w:rPr>
            </w:pPr>
            <w:r w:rsidRPr="00584666">
              <w:rPr>
                <w:rFonts w:ascii="游明朝" w:eastAsia="游明朝" w:hAnsi="游明朝" w:hint="eastAsia"/>
                <w:sz w:val="16"/>
                <w:szCs w:val="16"/>
                <w:lang w:eastAsia="ja-JP"/>
              </w:rPr>
              <w:t>「普通預金」として取り扱います。</w:t>
            </w:r>
          </w:p>
        </w:tc>
        <w:tc>
          <w:tcPr>
            <w:tcW w:w="425" w:type="dxa"/>
            <w:vMerge w:val="restart"/>
            <w:shd w:val="clear" w:color="auto" w:fill="D9D9D9"/>
            <w:textDirection w:val="tbRlV"/>
            <w:vAlign w:val="center"/>
          </w:tcPr>
          <w:p w14:paraId="5010BDA6" w14:textId="77777777" w:rsidR="00E5703F" w:rsidRPr="00584666" w:rsidRDefault="00E5703F" w:rsidP="00AF3D1D">
            <w:pPr>
              <w:spacing w:line="240" w:lineRule="exact"/>
              <w:ind w:left="113" w:right="113"/>
              <w:jc w:val="center"/>
              <w:rPr>
                <w:rFonts w:ascii="游明朝" w:eastAsia="游明朝" w:hAnsi="游明朝"/>
                <w:b/>
                <w:szCs w:val="21"/>
              </w:rPr>
            </w:pPr>
            <w:proofErr w:type="spellStart"/>
            <w:r w:rsidRPr="00584666">
              <w:rPr>
                <w:rFonts w:ascii="游明朝" w:eastAsia="游明朝" w:hAnsi="游明朝" w:hint="eastAsia"/>
                <w:b/>
                <w:szCs w:val="21"/>
              </w:rPr>
              <w:t>口座番号</w:t>
            </w:r>
            <w:proofErr w:type="spellEnd"/>
          </w:p>
        </w:tc>
        <w:tc>
          <w:tcPr>
            <w:tcW w:w="6521" w:type="dxa"/>
            <w:gridSpan w:val="3"/>
            <w:tcBorders>
              <w:bottom w:val="nil"/>
            </w:tcBorders>
          </w:tcPr>
          <w:p w14:paraId="2D485D60" w14:textId="77777777" w:rsidR="00E5703F" w:rsidRPr="00584666" w:rsidRDefault="00E5703F" w:rsidP="00AF3D1D">
            <w:pPr>
              <w:spacing w:line="60" w:lineRule="exact"/>
              <w:rPr>
                <w:rFonts w:ascii="游明朝" w:eastAsia="游明朝" w:hAnsi="游明朝"/>
                <w:szCs w:val="21"/>
              </w:rPr>
            </w:pPr>
          </w:p>
        </w:tc>
      </w:tr>
      <w:tr w:rsidR="00E5703F" w:rsidRPr="00584666" w14:paraId="1CDFE276" w14:textId="77777777" w:rsidTr="00AF3D1D">
        <w:trPr>
          <w:cantSplit/>
          <w:trHeight w:val="758"/>
          <w:jc w:val="center"/>
        </w:trPr>
        <w:tc>
          <w:tcPr>
            <w:tcW w:w="426" w:type="dxa"/>
            <w:vMerge/>
            <w:shd w:val="clear" w:color="auto" w:fill="D9D9D9"/>
            <w:textDirection w:val="tbRlV"/>
            <w:vAlign w:val="center"/>
          </w:tcPr>
          <w:p w14:paraId="5B49DC58" w14:textId="77777777" w:rsidR="00E5703F" w:rsidRPr="00584666" w:rsidRDefault="00E5703F" w:rsidP="00AF3D1D">
            <w:pPr>
              <w:spacing w:line="260" w:lineRule="exact"/>
              <w:ind w:leftChars="50" w:left="95" w:rightChars="50" w:right="95"/>
              <w:jc w:val="center"/>
              <w:rPr>
                <w:rFonts w:ascii="游明朝" w:eastAsia="游明朝" w:hAnsi="游明朝"/>
                <w:b/>
                <w:szCs w:val="21"/>
              </w:rPr>
            </w:pPr>
          </w:p>
        </w:tc>
        <w:tc>
          <w:tcPr>
            <w:tcW w:w="3118" w:type="dxa"/>
            <w:vMerge/>
            <w:vAlign w:val="center"/>
          </w:tcPr>
          <w:p w14:paraId="3B96F3B6" w14:textId="77777777" w:rsidR="00E5703F" w:rsidRPr="00584666" w:rsidRDefault="00E5703F" w:rsidP="00AF3D1D">
            <w:pPr>
              <w:spacing w:line="300" w:lineRule="exact"/>
              <w:ind w:left="113" w:right="113"/>
              <w:jc w:val="center"/>
              <w:rPr>
                <w:rFonts w:ascii="游明朝" w:eastAsia="游明朝" w:hAnsi="游明朝"/>
                <w:szCs w:val="21"/>
              </w:rPr>
            </w:pPr>
          </w:p>
        </w:tc>
        <w:tc>
          <w:tcPr>
            <w:tcW w:w="425" w:type="dxa"/>
            <w:vMerge/>
            <w:shd w:val="clear" w:color="auto" w:fill="D9D9D9"/>
            <w:textDirection w:val="tbRlV"/>
            <w:vAlign w:val="center"/>
          </w:tcPr>
          <w:p w14:paraId="29105B7E" w14:textId="77777777" w:rsidR="00E5703F" w:rsidRPr="00584666" w:rsidRDefault="00E5703F" w:rsidP="00AF3D1D">
            <w:pPr>
              <w:spacing w:line="240" w:lineRule="exact"/>
              <w:ind w:left="113" w:right="113"/>
              <w:jc w:val="center"/>
              <w:rPr>
                <w:rFonts w:ascii="游明朝" w:eastAsia="游明朝" w:hAnsi="游明朝"/>
                <w:b/>
                <w:szCs w:val="21"/>
              </w:rPr>
            </w:pPr>
          </w:p>
        </w:tc>
        <w:tc>
          <w:tcPr>
            <w:tcW w:w="6521" w:type="dxa"/>
            <w:gridSpan w:val="3"/>
            <w:tcBorders>
              <w:top w:val="nil"/>
              <w:bottom w:val="nil"/>
            </w:tcBorders>
          </w:tcPr>
          <w:tbl>
            <w:tblPr>
              <w:tblpPr w:leftFromText="142" w:rightFromText="142" w:vertAnchor="text" w:horzAnchor="margin" w:tblpY="-407"/>
              <w:tblOverlap w:val="never"/>
              <w:tblW w:w="6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900"/>
              <w:gridCol w:w="900"/>
              <w:gridCol w:w="901"/>
              <w:gridCol w:w="900"/>
              <w:gridCol w:w="900"/>
              <w:gridCol w:w="901"/>
            </w:tblGrid>
            <w:tr w:rsidR="00E5703F" w:rsidRPr="00584666" w14:paraId="7EE1E56F" w14:textId="77777777" w:rsidTr="00AF3D1D">
              <w:trPr>
                <w:trHeight w:val="849"/>
              </w:trPr>
              <w:tc>
                <w:tcPr>
                  <w:tcW w:w="900" w:type="dxa"/>
                </w:tcPr>
                <w:p w14:paraId="7392CA76" w14:textId="77777777" w:rsidR="00E5703F" w:rsidRPr="00584666" w:rsidRDefault="00E5703F" w:rsidP="00AF3D1D">
                  <w:pPr>
                    <w:spacing w:line="240" w:lineRule="exact"/>
                    <w:rPr>
                      <w:rFonts w:ascii="游明朝" w:eastAsia="游明朝" w:hAnsi="游明朝"/>
                      <w:szCs w:val="21"/>
                    </w:rPr>
                  </w:pPr>
                </w:p>
              </w:tc>
              <w:tc>
                <w:tcPr>
                  <w:tcW w:w="900" w:type="dxa"/>
                </w:tcPr>
                <w:p w14:paraId="616DFAF7" w14:textId="77777777" w:rsidR="00E5703F" w:rsidRPr="00584666" w:rsidRDefault="00E5703F" w:rsidP="00AF3D1D">
                  <w:pPr>
                    <w:spacing w:line="240" w:lineRule="exact"/>
                    <w:rPr>
                      <w:rFonts w:ascii="游明朝" w:eastAsia="游明朝" w:hAnsi="游明朝"/>
                      <w:szCs w:val="21"/>
                    </w:rPr>
                  </w:pPr>
                </w:p>
              </w:tc>
              <w:tc>
                <w:tcPr>
                  <w:tcW w:w="900" w:type="dxa"/>
                </w:tcPr>
                <w:p w14:paraId="5341B75C" w14:textId="77777777" w:rsidR="00E5703F" w:rsidRPr="00584666" w:rsidRDefault="00E5703F" w:rsidP="00AF3D1D">
                  <w:pPr>
                    <w:spacing w:line="240" w:lineRule="exact"/>
                    <w:rPr>
                      <w:rFonts w:ascii="游明朝" w:eastAsia="游明朝" w:hAnsi="游明朝"/>
                      <w:szCs w:val="21"/>
                    </w:rPr>
                  </w:pPr>
                </w:p>
              </w:tc>
              <w:tc>
                <w:tcPr>
                  <w:tcW w:w="901" w:type="dxa"/>
                </w:tcPr>
                <w:p w14:paraId="1B243843" w14:textId="77777777" w:rsidR="00E5703F" w:rsidRPr="00584666" w:rsidRDefault="00E5703F" w:rsidP="00AF3D1D">
                  <w:pPr>
                    <w:spacing w:line="240" w:lineRule="exact"/>
                    <w:rPr>
                      <w:rFonts w:ascii="游明朝" w:eastAsia="游明朝" w:hAnsi="游明朝"/>
                      <w:szCs w:val="21"/>
                    </w:rPr>
                  </w:pPr>
                </w:p>
              </w:tc>
              <w:tc>
                <w:tcPr>
                  <w:tcW w:w="900" w:type="dxa"/>
                </w:tcPr>
                <w:p w14:paraId="578F3522" w14:textId="77777777" w:rsidR="00E5703F" w:rsidRPr="00584666" w:rsidRDefault="00E5703F" w:rsidP="00AF3D1D">
                  <w:pPr>
                    <w:spacing w:line="240" w:lineRule="exact"/>
                    <w:rPr>
                      <w:rFonts w:ascii="游明朝" w:eastAsia="游明朝" w:hAnsi="游明朝"/>
                      <w:szCs w:val="21"/>
                    </w:rPr>
                  </w:pPr>
                </w:p>
              </w:tc>
              <w:tc>
                <w:tcPr>
                  <w:tcW w:w="900" w:type="dxa"/>
                </w:tcPr>
                <w:p w14:paraId="2BF64E8A" w14:textId="77777777" w:rsidR="00E5703F" w:rsidRPr="00584666" w:rsidRDefault="00E5703F" w:rsidP="00AF3D1D">
                  <w:pPr>
                    <w:spacing w:line="240" w:lineRule="exact"/>
                    <w:rPr>
                      <w:rFonts w:ascii="游明朝" w:eastAsia="游明朝" w:hAnsi="游明朝"/>
                      <w:szCs w:val="21"/>
                    </w:rPr>
                  </w:pPr>
                </w:p>
              </w:tc>
              <w:tc>
                <w:tcPr>
                  <w:tcW w:w="901" w:type="dxa"/>
                </w:tcPr>
                <w:p w14:paraId="232FE145" w14:textId="77777777" w:rsidR="00E5703F" w:rsidRPr="00584666" w:rsidRDefault="00E5703F" w:rsidP="00AF3D1D">
                  <w:pPr>
                    <w:spacing w:line="240" w:lineRule="exact"/>
                    <w:rPr>
                      <w:rFonts w:ascii="游明朝" w:eastAsia="游明朝" w:hAnsi="游明朝"/>
                      <w:szCs w:val="21"/>
                    </w:rPr>
                  </w:pPr>
                </w:p>
              </w:tc>
            </w:tr>
          </w:tbl>
          <w:p w14:paraId="3B2BDD91" w14:textId="77777777" w:rsidR="00E5703F" w:rsidRPr="00584666" w:rsidRDefault="00E5703F" w:rsidP="00AF3D1D">
            <w:pPr>
              <w:spacing w:line="80" w:lineRule="exact"/>
              <w:rPr>
                <w:rFonts w:ascii="游明朝" w:eastAsia="游明朝" w:hAnsi="游明朝"/>
                <w:szCs w:val="21"/>
              </w:rPr>
            </w:pPr>
          </w:p>
        </w:tc>
      </w:tr>
      <w:tr w:rsidR="00E5703F" w:rsidRPr="00584666" w14:paraId="3D5E3809" w14:textId="77777777" w:rsidTr="00AF3D1D">
        <w:trPr>
          <w:cantSplit/>
          <w:trHeight w:val="110"/>
          <w:jc w:val="center"/>
        </w:trPr>
        <w:tc>
          <w:tcPr>
            <w:tcW w:w="426" w:type="dxa"/>
            <w:vMerge/>
            <w:shd w:val="clear" w:color="auto" w:fill="D9D9D9"/>
            <w:textDirection w:val="tbRlV"/>
            <w:vAlign w:val="center"/>
          </w:tcPr>
          <w:p w14:paraId="53FF9A17" w14:textId="77777777" w:rsidR="00E5703F" w:rsidRPr="00584666" w:rsidRDefault="00E5703F" w:rsidP="00AF3D1D">
            <w:pPr>
              <w:spacing w:line="260" w:lineRule="exact"/>
              <w:ind w:leftChars="50" w:left="95" w:rightChars="50" w:right="95"/>
              <w:jc w:val="center"/>
              <w:rPr>
                <w:rFonts w:ascii="游明朝" w:eastAsia="游明朝" w:hAnsi="游明朝"/>
                <w:b/>
                <w:szCs w:val="21"/>
              </w:rPr>
            </w:pPr>
          </w:p>
        </w:tc>
        <w:tc>
          <w:tcPr>
            <w:tcW w:w="3118" w:type="dxa"/>
            <w:vMerge/>
            <w:tcBorders>
              <w:bottom w:val="single" w:sz="4" w:space="0" w:color="auto"/>
            </w:tcBorders>
            <w:vAlign w:val="center"/>
          </w:tcPr>
          <w:p w14:paraId="0FC73A4D" w14:textId="77777777" w:rsidR="00E5703F" w:rsidRPr="00584666" w:rsidRDefault="00E5703F" w:rsidP="00AF3D1D">
            <w:pPr>
              <w:spacing w:line="300" w:lineRule="exact"/>
              <w:ind w:left="113" w:right="113"/>
              <w:jc w:val="center"/>
              <w:rPr>
                <w:rFonts w:ascii="游明朝" w:eastAsia="游明朝" w:hAnsi="游明朝"/>
                <w:szCs w:val="21"/>
              </w:rPr>
            </w:pPr>
          </w:p>
        </w:tc>
        <w:tc>
          <w:tcPr>
            <w:tcW w:w="425" w:type="dxa"/>
            <w:vMerge/>
            <w:shd w:val="clear" w:color="auto" w:fill="D9D9D9"/>
            <w:textDirection w:val="tbRlV"/>
            <w:vAlign w:val="center"/>
          </w:tcPr>
          <w:p w14:paraId="69145C8F" w14:textId="77777777" w:rsidR="00E5703F" w:rsidRPr="00584666" w:rsidRDefault="00E5703F" w:rsidP="00AF3D1D">
            <w:pPr>
              <w:spacing w:line="240" w:lineRule="exact"/>
              <w:ind w:left="113" w:right="113"/>
              <w:jc w:val="center"/>
              <w:rPr>
                <w:rFonts w:ascii="游明朝" w:eastAsia="游明朝" w:hAnsi="游明朝"/>
                <w:b/>
                <w:szCs w:val="21"/>
              </w:rPr>
            </w:pPr>
          </w:p>
        </w:tc>
        <w:tc>
          <w:tcPr>
            <w:tcW w:w="6521" w:type="dxa"/>
            <w:gridSpan w:val="3"/>
            <w:tcBorders>
              <w:top w:val="nil"/>
            </w:tcBorders>
          </w:tcPr>
          <w:p w14:paraId="4D2FC9D1" w14:textId="77777777" w:rsidR="00E5703F" w:rsidRPr="00584666" w:rsidRDefault="00E5703F" w:rsidP="00AF3D1D">
            <w:pPr>
              <w:spacing w:line="60" w:lineRule="exact"/>
              <w:rPr>
                <w:rFonts w:ascii="游明朝" w:eastAsia="游明朝" w:hAnsi="游明朝"/>
                <w:szCs w:val="21"/>
              </w:rPr>
            </w:pPr>
          </w:p>
        </w:tc>
      </w:tr>
      <w:tr w:rsidR="00E5703F" w:rsidRPr="00584666" w14:paraId="31566462" w14:textId="77777777" w:rsidTr="00AF3D1D">
        <w:trPr>
          <w:cantSplit/>
          <w:trHeight w:val="470"/>
          <w:jc w:val="center"/>
        </w:trPr>
        <w:tc>
          <w:tcPr>
            <w:tcW w:w="426" w:type="dxa"/>
            <w:vMerge w:val="restart"/>
            <w:shd w:val="clear" w:color="auto" w:fill="D9D9D9"/>
            <w:textDirection w:val="tbRlV"/>
            <w:vAlign w:val="center"/>
          </w:tcPr>
          <w:p w14:paraId="62987454" w14:textId="77777777" w:rsidR="00E5703F" w:rsidRPr="00584666" w:rsidRDefault="00E5703F" w:rsidP="00AF3D1D">
            <w:pPr>
              <w:spacing w:line="260" w:lineRule="exact"/>
              <w:ind w:leftChars="50" w:left="95" w:rightChars="50" w:right="95"/>
              <w:jc w:val="center"/>
              <w:rPr>
                <w:rFonts w:ascii="游明朝" w:eastAsia="游明朝" w:hAnsi="游明朝"/>
                <w:b/>
                <w:szCs w:val="21"/>
              </w:rPr>
            </w:pPr>
            <w:proofErr w:type="spellStart"/>
            <w:r w:rsidRPr="00584666">
              <w:rPr>
                <w:rFonts w:ascii="游明朝" w:eastAsia="游明朝" w:hAnsi="游明朝" w:hint="eastAsia"/>
                <w:b/>
                <w:szCs w:val="21"/>
              </w:rPr>
              <w:t>お受取人</w:t>
            </w:r>
            <w:proofErr w:type="spellEnd"/>
          </w:p>
        </w:tc>
        <w:tc>
          <w:tcPr>
            <w:tcW w:w="3118" w:type="dxa"/>
            <w:tcBorders>
              <w:left w:val="single" w:sz="4" w:space="0" w:color="auto"/>
              <w:bottom w:val="nil"/>
            </w:tcBorders>
            <w:vAlign w:val="center"/>
          </w:tcPr>
          <w:p w14:paraId="0DB3AA2A" w14:textId="77777777" w:rsidR="00E5703F" w:rsidRPr="00584666" w:rsidRDefault="00E5703F" w:rsidP="00AF3D1D">
            <w:pPr>
              <w:spacing w:line="360" w:lineRule="exact"/>
              <w:rPr>
                <w:rFonts w:ascii="游明朝" w:eastAsia="游明朝" w:hAnsi="游明朝"/>
                <w:szCs w:val="21"/>
              </w:rPr>
            </w:pPr>
            <w:r w:rsidRPr="00584666">
              <w:rPr>
                <w:rFonts w:ascii="游明朝" w:eastAsia="游明朝" w:hAnsi="游明朝" w:hint="eastAsia"/>
                <w:szCs w:val="21"/>
              </w:rPr>
              <w:t>【</w:t>
            </w:r>
            <w:proofErr w:type="spellStart"/>
            <w:r w:rsidRPr="00584666">
              <w:rPr>
                <w:rFonts w:ascii="游明朝" w:eastAsia="游明朝" w:hAnsi="游明朝" w:hint="eastAsia"/>
                <w:szCs w:val="21"/>
              </w:rPr>
              <w:t>ご留意事項</w:t>
            </w:r>
            <w:proofErr w:type="spellEnd"/>
            <w:r w:rsidRPr="00584666">
              <w:rPr>
                <w:rFonts w:ascii="游明朝" w:eastAsia="游明朝" w:hAnsi="游明朝" w:hint="eastAsia"/>
                <w:szCs w:val="21"/>
              </w:rPr>
              <w:t>】</w:t>
            </w:r>
          </w:p>
        </w:tc>
        <w:tc>
          <w:tcPr>
            <w:tcW w:w="425" w:type="dxa"/>
            <w:vMerge w:val="restart"/>
            <w:tcBorders>
              <w:left w:val="single" w:sz="4" w:space="0" w:color="auto"/>
            </w:tcBorders>
            <w:shd w:val="clear" w:color="auto" w:fill="D9D9D9"/>
            <w:textDirection w:val="tbRlV"/>
            <w:vAlign w:val="center"/>
          </w:tcPr>
          <w:p w14:paraId="4093B319" w14:textId="77777777" w:rsidR="00E5703F" w:rsidRPr="00584666" w:rsidRDefault="00E5703F" w:rsidP="00AF3D1D">
            <w:pPr>
              <w:spacing w:line="200" w:lineRule="exact"/>
              <w:jc w:val="center"/>
              <w:rPr>
                <w:rFonts w:ascii="游明朝" w:eastAsia="游明朝" w:hAnsi="游明朝"/>
                <w:szCs w:val="21"/>
              </w:rPr>
            </w:pPr>
            <w:proofErr w:type="spellStart"/>
            <w:r w:rsidRPr="00584666">
              <w:rPr>
                <w:rFonts w:ascii="游明朝" w:eastAsia="游明朝" w:hAnsi="游明朝" w:hint="eastAsia"/>
                <w:b/>
                <w:szCs w:val="21"/>
              </w:rPr>
              <w:t>フリガナ</w:t>
            </w:r>
            <w:proofErr w:type="spellEnd"/>
          </w:p>
        </w:tc>
        <w:tc>
          <w:tcPr>
            <w:tcW w:w="6521" w:type="dxa"/>
            <w:gridSpan w:val="3"/>
            <w:tcBorders>
              <w:bottom w:val="nil"/>
            </w:tcBorders>
            <w:vAlign w:val="center"/>
          </w:tcPr>
          <w:p w14:paraId="7D4A9581" w14:textId="77777777" w:rsidR="00E5703F" w:rsidRPr="00584666" w:rsidRDefault="00E5703F" w:rsidP="00AF3D1D">
            <w:pPr>
              <w:spacing w:line="200" w:lineRule="exact"/>
              <w:rPr>
                <w:rFonts w:ascii="游明朝" w:eastAsia="游明朝" w:hAnsi="游明朝"/>
                <w:szCs w:val="21"/>
              </w:rPr>
            </w:pPr>
          </w:p>
        </w:tc>
      </w:tr>
      <w:tr w:rsidR="00E5703F" w:rsidRPr="00584666" w14:paraId="6204E831" w14:textId="77777777" w:rsidTr="00AF3D1D">
        <w:trPr>
          <w:cantSplit/>
          <w:trHeight w:val="470"/>
          <w:jc w:val="center"/>
        </w:trPr>
        <w:tc>
          <w:tcPr>
            <w:tcW w:w="426" w:type="dxa"/>
            <w:vMerge/>
            <w:shd w:val="clear" w:color="auto" w:fill="D9D9D9"/>
            <w:textDirection w:val="tbRlV"/>
            <w:vAlign w:val="center"/>
          </w:tcPr>
          <w:p w14:paraId="5A55DA71" w14:textId="77777777" w:rsidR="00E5703F" w:rsidRPr="00584666" w:rsidRDefault="00E5703F" w:rsidP="00AF3D1D">
            <w:pPr>
              <w:spacing w:line="260" w:lineRule="exact"/>
              <w:ind w:leftChars="50" w:left="95" w:rightChars="50" w:right="95"/>
              <w:jc w:val="center"/>
              <w:rPr>
                <w:rFonts w:ascii="游明朝" w:eastAsia="游明朝" w:hAnsi="游明朝"/>
                <w:b/>
                <w:szCs w:val="21"/>
              </w:rPr>
            </w:pPr>
          </w:p>
        </w:tc>
        <w:tc>
          <w:tcPr>
            <w:tcW w:w="3118" w:type="dxa"/>
            <w:vMerge w:val="restart"/>
            <w:tcBorders>
              <w:top w:val="nil"/>
              <w:left w:val="single" w:sz="4" w:space="0" w:color="auto"/>
            </w:tcBorders>
          </w:tcPr>
          <w:p w14:paraId="2AAA0EE6" w14:textId="31B9B801" w:rsidR="00E5703F" w:rsidRPr="00584666" w:rsidRDefault="00E5703F" w:rsidP="00AF3D1D">
            <w:pPr>
              <w:spacing w:line="360" w:lineRule="exact"/>
              <w:rPr>
                <w:rFonts w:ascii="游明朝" w:eastAsia="游明朝" w:hAnsi="游明朝"/>
                <w:sz w:val="20"/>
                <w:lang w:eastAsia="ja-JP"/>
              </w:rPr>
            </w:pPr>
            <w:r w:rsidRPr="00584666">
              <w:rPr>
                <w:rFonts w:ascii="游明朝" w:eastAsia="游明朝" w:hAnsi="游明朝" w:hint="eastAsia"/>
                <w:b/>
                <w:sz w:val="20"/>
                <w:lang w:eastAsia="ja-JP"/>
              </w:rPr>
              <w:t>必ず</w:t>
            </w:r>
            <w:r w:rsidR="00216FEB" w:rsidRPr="00584666">
              <w:rPr>
                <w:rFonts w:ascii="游明朝" w:eastAsia="游明朝" w:hAnsi="游明朝" w:hint="eastAsia"/>
                <w:b/>
                <w:sz w:val="20"/>
                <w:lang w:eastAsia="ja-JP"/>
              </w:rPr>
              <w:t>助成金受取権限のある名義</w:t>
            </w:r>
            <w:r w:rsidRPr="00584666">
              <w:rPr>
                <w:rFonts w:ascii="游明朝" w:eastAsia="游明朝" w:hAnsi="游明朝" w:hint="eastAsia"/>
                <w:b/>
                <w:sz w:val="20"/>
                <w:lang w:eastAsia="ja-JP"/>
              </w:rPr>
              <w:t>の口</w:t>
            </w:r>
            <w:r w:rsidRPr="00584666">
              <w:rPr>
                <w:rFonts w:ascii="Times New Roman" w:eastAsia="游明朝" w:hAnsi="Times New Roman" w:cs="Times New Roman"/>
                <w:b/>
                <w:sz w:val="20"/>
                <w:lang w:eastAsia="ja-JP"/>
              </w:rPr>
              <w:t>‍</w:t>
            </w:r>
            <w:r w:rsidRPr="00584666">
              <w:rPr>
                <w:rFonts w:ascii="游明朝" w:eastAsia="游明朝" w:hAnsi="游明朝" w:hint="eastAsia"/>
                <w:b/>
                <w:sz w:val="20"/>
                <w:lang w:eastAsia="ja-JP"/>
              </w:rPr>
              <w:t>座をご記入ください。</w:t>
            </w:r>
          </w:p>
        </w:tc>
        <w:tc>
          <w:tcPr>
            <w:tcW w:w="425" w:type="dxa"/>
            <w:vMerge/>
            <w:tcBorders>
              <w:left w:val="single" w:sz="4" w:space="0" w:color="auto"/>
            </w:tcBorders>
            <w:shd w:val="clear" w:color="auto" w:fill="D9D9D9"/>
            <w:textDirection w:val="tbRlV"/>
            <w:vAlign w:val="center"/>
          </w:tcPr>
          <w:p w14:paraId="590A4BF8" w14:textId="77777777" w:rsidR="00E5703F" w:rsidRPr="00584666" w:rsidRDefault="00E5703F" w:rsidP="00AF3D1D">
            <w:pPr>
              <w:spacing w:line="200" w:lineRule="exact"/>
              <w:rPr>
                <w:rFonts w:ascii="游明朝" w:eastAsia="游明朝" w:hAnsi="游明朝"/>
                <w:szCs w:val="21"/>
                <w:lang w:eastAsia="ja-JP"/>
              </w:rPr>
            </w:pPr>
          </w:p>
        </w:tc>
        <w:tc>
          <w:tcPr>
            <w:tcW w:w="6521" w:type="dxa"/>
            <w:gridSpan w:val="3"/>
            <w:tcBorders>
              <w:top w:val="nil"/>
              <w:bottom w:val="nil"/>
            </w:tcBorders>
            <w:vAlign w:val="center"/>
          </w:tcPr>
          <w:p w14:paraId="7B114EB1" w14:textId="77777777" w:rsidR="00E5703F" w:rsidRPr="00584666" w:rsidRDefault="00E5703F" w:rsidP="00AF3D1D">
            <w:pPr>
              <w:spacing w:line="200" w:lineRule="exact"/>
              <w:rPr>
                <w:rFonts w:ascii="游明朝" w:eastAsia="游明朝" w:hAnsi="游明朝"/>
                <w:szCs w:val="21"/>
                <w:lang w:eastAsia="ja-JP"/>
              </w:rPr>
            </w:pPr>
          </w:p>
        </w:tc>
      </w:tr>
      <w:tr w:rsidR="00E5703F" w:rsidRPr="00584666" w14:paraId="4FF744FC" w14:textId="77777777" w:rsidTr="00AF3D1D">
        <w:trPr>
          <w:cantSplit/>
          <w:trHeight w:val="307"/>
          <w:jc w:val="center"/>
        </w:trPr>
        <w:tc>
          <w:tcPr>
            <w:tcW w:w="426" w:type="dxa"/>
            <w:vMerge/>
            <w:shd w:val="clear" w:color="auto" w:fill="D9D9D9"/>
            <w:textDirection w:val="tbRlV"/>
            <w:vAlign w:val="center"/>
          </w:tcPr>
          <w:p w14:paraId="714C7E6F" w14:textId="77777777" w:rsidR="00E5703F" w:rsidRPr="00584666" w:rsidRDefault="00E5703F" w:rsidP="00AF3D1D">
            <w:pPr>
              <w:spacing w:line="260" w:lineRule="exact"/>
              <w:ind w:leftChars="50" w:left="95" w:rightChars="50" w:right="95"/>
              <w:jc w:val="center"/>
              <w:rPr>
                <w:rFonts w:ascii="游明朝" w:eastAsia="游明朝" w:hAnsi="游明朝"/>
                <w:b/>
                <w:szCs w:val="21"/>
                <w:lang w:eastAsia="ja-JP"/>
              </w:rPr>
            </w:pPr>
          </w:p>
        </w:tc>
        <w:tc>
          <w:tcPr>
            <w:tcW w:w="3118" w:type="dxa"/>
            <w:vMerge/>
            <w:tcBorders>
              <w:left w:val="single" w:sz="4" w:space="0" w:color="auto"/>
            </w:tcBorders>
            <w:textDirection w:val="tbRlV"/>
            <w:vAlign w:val="center"/>
          </w:tcPr>
          <w:p w14:paraId="1E9B51FA" w14:textId="77777777" w:rsidR="00E5703F" w:rsidRPr="00584666" w:rsidRDefault="00E5703F" w:rsidP="00AF3D1D">
            <w:pPr>
              <w:spacing w:line="200" w:lineRule="exact"/>
              <w:rPr>
                <w:rFonts w:ascii="游明朝" w:eastAsia="游明朝" w:hAnsi="游明朝"/>
                <w:szCs w:val="21"/>
                <w:lang w:eastAsia="ja-JP"/>
              </w:rPr>
            </w:pPr>
          </w:p>
        </w:tc>
        <w:tc>
          <w:tcPr>
            <w:tcW w:w="425" w:type="dxa"/>
            <w:vMerge/>
            <w:tcBorders>
              <w:left w:val="single" w:sz="4" w:space="0" w:color="auto"/>
            </w:tcBorders>
            <w:shd w:val="clear" w:color="auto" w:fill="D9D9D9"/>
            <w:textDirection w:val="tbRlV"/>
            <w:vAlign w:val="center"/>
          </w:tcPr>
          <w:p w14:paraId="47A49BCB" w14:textId="77777777" w:rsidR="00E5703F" w:rsidRPr="00584666" w:rsidRDefault="00E5703F" w:rsidP="00AF3D1D">
            <w:pPr>
              <w:spacing w:line="200" w:lineRule="exact"/>
              <w:rPr>
                <w:rFonts w:ascii="游明朝" w:eastAsia="游明朝" w:hAnsi="游明朝"/>
                <w:szCs w:val="21"/>
                <w:lang w:eastAsia="ja-JP"/>
              </w:rPr>
            </w:pPr>
          </w:p>
        </w:tc>
        <w:tc>
          <w:tcPr>
            <w:tcW w:w="6521" w:type="dxa"/>
            <w:gridSpan w:val="3"/>
            <w:tcBorders>
              <w:top w:val="nil"/>
              <w:bottom w:val="single" w:sz="4" w:space="0" w:color="auto"/>
            </w:tcBorders>
            <w:vAlign w:val="center"/>
          </w:tcPr>
          <w:p w14:paraId="10F98886" w14:textId="77777777" w:rsidR="00E5703F" w:rsidRPr="00584666" w:rsidRDefault="00E5703F" w:rsidP="00AF3D1D">
            <w:pPr>
              <w:spacing w:line="200" w:lineRule="exact"/>
              <w:rPr>
                <w:rFonts w:ascii="游明朝" w:eastAsia="游明朝" w:hAnsi="游明朝"/>
                <w:szCs w:val="21"/>
                <w:lang w:eastAsia="ja-JP"/>
              </w:rPr>
            </w:pPr>
          </w:p>
        </w:tc>
      </w:tr>
      <w:tr w:rsidR="00E5703F" w:rsidRPr="00584666" w14:paraId="6ECD9206" w14:textId="77777777" w:rsidTr="00AF3D1D">
        <w:trPr>
          <w:cantSplit/>
          <w:trHeight w:val="470"/>
          <w:jc w:val="center"/>
        </w:trPr>
        <w:tc>
          <w:tcPr>
            <w:tcW w:w="426" w:type="dxa"/>
            <w:vMerge/>
            <w:shd w:val="clear" w:color="auto" w:fill="D9D9D9"/>
            <w:textDirection w:val="tbRlV"/>
            <w:vAlign w:val="center"/>
          </w:tcPr>
          <w:p w14:paraId="5C1E5C40" w14:textId="77777777" w:rsidR="00E5703F" w:rsidRPr="00584666" w:rsidRDefault="00E5703F" w:rsidP="00AF3D1D">
            <w:pPr>
              <w:spacing w:line="260" w:lineRule="exact"/>
              <w:ind w:leftChars="50" w:left="95" w:rightChars="50" w:right="95"/>
              <w:jc w:val="center"/>
              <w:rPr>
                <w:rFonts w:ascii="游明朝" w:eastAsia="游明朝" w:hAnsi="游明朝"/>
                <w:b/>
                <w:szCs w:val="21"/>
                <w:lang w:eastAsia="ja-JP"/>
              </w:rPr>
            </w:pPr>
          </w:p>
        </w:tc>
        <w:tc>
          <w:tcPr>
            <w:tcW w:w="3118" w:type="dxa"/>
            <w:vMerge/>
            <w:tcBorders>
              <w:left w:val="single" w:sz="4" w:space="0" w:color="auto"/>
            </w:tcBorders>
            <w:textDirection w:val="tbRlV"/>
            <w:vAlign w:val="center"/>
          </w:tcPr>
          <w:p w14:paraId="13C5E1E3" w14:textId="77777777" w:rsidR="00E5703F" w:rsidRPr="00584666" w:rsidRDefault="00E5703F" w:rsidP="00AF3D1D">
            <w:pPr>
              <w:spacing w:line="200" w:lineRule="exact"/>
              <w:rPr>
                <w:rFonts w:ascii="游明朝" w:eastAsia="游明朝" w:hAnsi="游明朝"/>
                <w:szCs w:val="21"/>
                <w:lang w:eastAsia="ja-JP"/>
              </w:rPr>
            </w:pPr>
          </w:p>
        </w:tc>
        <w:tc>
          <w:tcPr>
            <w:tcW w:w="425" w:type="dxa"/>
            <w:vMerge w:val="restart"/>
            <w:tcBorders>
              <w:left w:val="single" w:sz="4" w:space="0" w:color="auto"/>
            </w:tcBorders>
            <w:shd w:val="clear" w:color="auto" w:fill="D9D9D9"/>
            <w:textDirection w:val="tbRlV"/>
            <w:vAlign w:val="center"/>
          </w:tcPr>
          <w:p w14:paraId="297784C1" w14:textId="77777777" w:rsidR="00E5703F" w:rsidRPr="00584666" w:rsidRDefault="00E5703F" w:rsidP="00AF3D1D">
            <w:pPr>
              <w:spacing w:line="200" w:lineRule="exact"/>
              <w:jc w:val="center"/>
              <w:rPr>
                <w:rFonts w:ascii="游明朝" w:eastAsia="游明朝" w:hAnsi="游明朝"/>
                <w:szCs w:val="21"/>
              </w:rPr>
            </w:pPr>
            <w:proofErr w:type="spellStart"/>
            <w:r w:rsidRPr="00584666">
              <w:rPr>
                <w:rFonts w:ascii="游明朝" w:eastAsia="游明朝" w:hAnsi="游明朝" w:hint="eastAsia"/>
                <w:b/>
                <w:szCs w:val="21"/>
              </w:rPr>
              <w:t>口座名義</w:t>
            </w:r>
            <w:proofErr w:type="spellEnd"/>
          </w:p>
        </w:tc>
        <w:tc>
          <w:tcPr>
            <w:tcW w:w="6521" w:type="dxa"/>
            <w:gridSpan w:val="3"/>
            <w:tcBorders>
              <w:bottom w:val="nil"/>
            </w:tcBorders>
          </w:tcPr>
          <w:p w14:paraId="692C97EF" w14:textId="77777777" w:rsidR="00E5703F" w:rsidRPr="00584666" w:rsidRDefault="00E5703F" w:rsidP="00AF3D1D">
            <w:pPr>
              <w:spacing w:line="200" w:lineRule="exact"/>
              <w:rPr>
                <w:rFonts w:ascii="游明朝" w:eastAsia="游明朝" w:hAnsi="游明朝"/>
                <w:szCs w:val="21"/>
              </w:rPr>
            </w:pPr>
          </w:p>
        </w:tc>
      </w:tr>
      <w:tr w:rsidR="00E5703F" w:rsidRPr="00584666" w14:paraId="108AFB28" w14:textId="77777777" w:rsidTr="00AF3D1D">
        <w:trPr>
          <w:cantSplit/>
          <w:trHeight w:val="470"/>
          <w:jc w:val="center"/>
        </w:trPr>
        <w:tc>
          <w:tcPr>
            <w:tcW w:w="426" w:type="dxa"/>
            <w:vMerge/>
            <w:shd w:val="clear" w:color="auto" w:fill="D9D9D9"/>
            <w:textDirection w:val="tbRlV"/>
            <w:vAlign w:val="center"/>
          </w:tcPr>
          <w:p w14:paraId="5F67E717" w14:textId="77777777" w:rsidR="00E5703F" w:rsidRPr="00584666" w:rsidRDefault="00E5703F" w:rsidP="00AF3D1D">
            <w:pPr>
              <w:spacing w:line="260" w:lineRule="exact"/>
              <w:ind w:leftChars="50" w:left="95" w:rightChars="50" w:right="95"/>
              <w:jc w:val="center"/>
              <w:rPr>
                <w:rFonts w:ascii="游明朝" w:eastAsia="游明朝" w:hAnsi="游明朝"/>
                <w:b/>
                <w:sz w:val="18"/>
              </w:rPr>
            </w:pPr>
          </w:p>
        </w:tc>
        <w:tc>
          <w:tcPr>
            <w:tcW w:w="3118" w:type="dxa"/>
            <w:vMerge/>
            <w:tcBorders>
              <w:left w:val="single" w:sz="4" w:space="0" w:color="auto"/>
            </w:tcBorders>
            <w:textDirection w:val="tbRlV"/>
            <w:vAlign w:val="center"/>
          </w:tcPr>
          <w:p w14:paraId="30194163" w14:textId="77777777" w:rsidR="00E5703F" w:rsidRPr="00584666" w:rsidRDefault="00E5703F" w:rsidP="00AF3D1D">
            <w:pPr>
              <w:spacing w:line="200" w:lineRule="exact"/>
              <w:rPr>
                <w:rFonts w:ascii="游明朝" w:eastAsia="游明朝" w:hAnsi="游明朝"/>
                <w:sz w:val="20"/>
              </w:rPr>
            </w:pPr>
          </w:p>
        </w:tc>
        <w:tc>
          <w:tcPr>
            <w:tcW w:w="425" w:type="dxa"/>
            <w:vMerge/>
            <w:tcBorders>
              <w:left w:val="single" w:sz="4" w:space="0" w:color="auto"/>
            </w:tcBorders>
            <w:shd w:val="clear" w:color="auto" w:fill="D9D9D9"/>
            <w:textDirection w:val="tbRlV"/>
            <w:vAlign w:val="center"/>
          </w:tcPr>
          <w:p w14:paraId="53EE393F" w14:textId="77777777" w:rsidR="00E5703F" w:rsidRPr="00584666" w:rsidRDefault="00E5703F" w:rsidP="00AF3D1D">
            <w:pPr>
              <w:spacing w:line="200" w:lineRule="exact"/>
              <w:jc w:val="center"/>
              <w:rPr>
                <w:rFonts w:ascii="游明朝" w:eastAsia="游明朝" w:hAnsi="游明朝"/>
                <w:b/>
                <w:sz w:val="18"/>
              </w:rPr>
            </w:pPr>
          </w:p>
        </w:tc>
        <w:tc>
          <w:tcPr>
            <w:tcW w:w="6521" w:type="dxa"/>
            <w:gridSpan w:val="3"/>
            <w:tcBorders>
              <w:top w:val="nil"/>
              <w:bottom w:val="nil"/>
            </w:tcBorders>
          </w:tcPr>
          <w:p w14:paraId="75170E42" w14:textId="77777777" w:rsidR="00E5703F" w:rsidRPr="00584666" w:rsidRDefault="00E5703F" w:rsidP="00AF3D1D">
            <w:pPr>
              <w:spacing w:line="200" w:lineRule="exact"/>
              <w:rPr>
                <w:rFonts w:ascii="游明朝" w:eastAsia="游明朝" w:hAnsi="游明朝"/>
                <w:sz w:val="20"/>
              </w:rPr>
            </w:pPr>
          </w:p>
        </w:tc>
      </w:tr>
      <w:tr w:rsidR="00E5703F" w:rsidRPr="00584666" w14:paraId="2434BF60" w14:textId="77777777" w:rsidTr="00AF3D1D">
        <w:trPr>
          <w:cantSplit/>
          <w:trHeight w:val="185"/>
          <w:jc w:val="center"/>
        </w:trPr>
        <w:tc>
          <w:tcPr>
            <w:tcW w:w="426" w:type="dxa"/>
            <w:vMerge/>
            <w:shd w:val="clear" w:color="auto" w:fill="D9D9D9"/>
            <w:textDirection w:val="tbRlV"/>
            <w:vAlign w:val="center"/>
          </w:tcPr>
          <w:p w14:paraId="3ED1E6B4" w14:textId="77777777" w:rsidR="00E5703F" w:rsidRPr="00584666" w:rsidRDefault="00E5703F" w:rsidP="00AF3D1D">
            <w:pPr>
              <w:spacing w:line="260" w:lineRule="exact"/>
              <w:ind w:leftChars="50" w:left="95" w:rightChars="50" w:right="95"/>
              <w:jc w:val="center"/>
              <w:rPr>
                <w:rFonts w:ascii="游明朝" w:eastAsia="游明朝" w:hAnsi="游明朝"/>
                <w:b/>
                <w:sz w:val="18"/>
              </w:rPr>
            </w:pPr>
          </w:p>
        </w:tc>
        <w:tc>
          <w:tcPr>
            <w:tcW w:w="3118" w:type="dxa"/>
            <w:vMerge/>
            <w:tcBorders>
              <w:left w:val="single" w:sz="4" w:space="0" w:color="auto"/>
              <w:bottom w:val="single" w:sz="4" w:space="0" w:color="auto"/>
            </w:tcBorders>
            <w:textDirection w:val="tbRlV"/>
            <w:vAlign w:val="center"/>
          </w:tcPr>
          <w:p w14:paraId="158C5193" w14:textId="77777777" w:rsidR="00E5703F" w:rsidRPr="00584666" w:rsidRDefault="00E5703F" w:rsidP="00AF3D1D">
            <w:pPr>
              <w:spacing w:line="200" w:lineRule="exact"/>
              <w:rPr>
                <w:rFonts w:ascii="游明朝" w:eastAsia="游明朝" w:hAnsi="游明朝"/>
                <w:sz w:val="20"/>
              </w:rPr>
            </w:pPr>
          </w:p>
        </w:tc>
        <w:tc>
          <w:tcPr>
            <w:tcW w:w="425" w:type="dxa"/>
            <w:vMerge/>
            <w:tcBorders>
              <w:left w:val="single" w:sz="4" w:space="0" w:color="auto"/>
              <w:bottom w:val="single" w:sz="4" w:space="0" w:color="auto"/>
            </w:tcBorders>
            <w:shd w:val="clear" w:color="auto" w:fill="D9D9D9"/>
            <w:textDirection w:val="tbRlV"/>
            <w:vAlign w:val="center"/>
          </w:tcPr>
          <w:p w14:paraId="43222122" w14:textId="77777777" w:rsidR="00E5703F" w:rsidRPr="00584666" w:rsidRDefault="00E5703F" w:rsidP="00AF3D1D">
            <w:pPr>
              <w:spacing w:line="200" w:lineRule="exact"/>
              <w:jc w:val="center"/>
              <w:rPr>
                <w:rFonts w:ascii="游明朝" w:eastAsia="游明朝" w:hAnsi="游明朝"/>
                <w:b/>
                <w:sz w:val="18"/>
              </w:rPr>
            </w:pPr>
          </w:p>
        </w:tc>
        <w:tc>
          <w:tcPr>
            <w:tcW w:w="6521" w:type="dxa"/>
            <w:gridSpan w:val="3"/>
            <w:tcBorders>
              <w:top w:val="nil"/>
            </w:tcBorders>
          </w:tcPr>
          <w:p w14:paraId="0F5E000E" w14:textId="77777777" w:rsidR="00E5703F" w:rsidRPr="00584666" w:rsidRDefault="00E5703F" w:rsidP="00AF3D1D">
            <w:pPr>
              <w:spacing w:line="200" w:lineRule="exact"/>
              <w:rPr>
                <w:rFonts w:ascii="游明朝" w:eastAsia="游明朝" w:hAnsi="游明朝"/>
                <w:sz w:val="20"/>
              </w:rPr>
            </w:pPr>
          </w:p>
        </w:tc>
      </w:tr>
      <w:tr w:rsidR="00E5703F" w:rsidRPr="00584666" w14:paraId="5D56AD2E" w14:textId="77777777" w:rsidTr="00AF3D1D">
        <w:trPr>
          <w:cantSplit/>
          <w:trHeight w:val="243"/>
          <w:jc w:val="center"/>
        </w:trPr>
        <w:tc>
          <w:tcPr>
            <w:tcW w:w="10490" w:type="dxa"/>
            <w:gridSpan w:val="6"/>
            <w:tcBorders>
              <w:top w:val="nil"/>
              <w:left w:val="nil"/>
              <w:right w:val="nil"/>
            </w:tcBorders>
            <w:vAlign w:val="center"/>
          </w:tcPr>
          <w:p w14:paraId="169E98C0" w14:textId="5E1CF432" w:rsidR="00E5703F" w:rsidRPr="00584666" w:rsidRDefault="00E5703F" w:rsidP="00AF3D1D">
            <w:pPr>
              <w:spacing w:line="300" w:lineRule="exact"/>
              <w:ind w:right="6" w:firstLineChars="300" w:firstLine="570"/>
              <w:rPr>
                <w:rFonts w:ascii="游明朝" w:eastAsia="游明朝" w:hAnsi="游明朝"/>
                <w:szCs w:val="21"/>
                <w:lang w:eastAsia="ja-JP"/>
              </w:rPr>
            </w:pPr>
            <w:r w:rsidRPr="00584666">
              <w:rPr>
                <w:rFonts w:ascii="游明朝" w:eastAsia="游明朝" w:hAnsi="游明朝" w:hint="eastAsia"/>
                <w:szCs w:val="21"/>
                <w:lang w:eastAsia="ja-JP"/>
              </w:rPr>
              <w:t>※この申請でご提供いただく振込口座情報については、</w:t>
            </w:r>
            <w:r w:rsidR="00A23341" w:rsidRPr="00584666">
              <w:rPr>
                <w:rFonts w:ascii="游明朝" w:eastAsia="游明朝" w:hAnsi="游明朝" w:hint="eastAsia"/>
                <w:szCs w:val="21"/>
                <w:lang w:eastAsia="ja-JP"/>
              </w:rPr>
              <w:t>本公益信託による</w:t>
            </w:r>
            <w:r w:rsidRPr="00584666">
              <w:rPr>
                <w:rFonts w:ascii="游明朝" w:eastAsia="游明朝" w:hAnsi="游明朝" w:hint="eastAsia"/>
                <w:szCs w:val="21"/>
                <w:lang w:eastAsia="ja-JP"/>
              </w:rPr>
              <w:t>助成事業</w:t>
            </w:r>
            <w:r w:rsidR="00F61CE4">
              <w:rPr>
                <w:rFonts w:ascii="游明朝" w:eastAsia="游明朝" w:hAnsi="游明朝" w:hint="eastAsia"/>
                <w:szCs w:val="21"/>
                <w:lang w:eastAsia="ja-JP"/>
              </w:rPr>
              <w:t>のみに</w:t>
            </w:r>
            <w:r w:rsidRPr="00584666">
              <w:rPr>
                <w:rFonts w:ascii="游明朝" w:eastAsia="游明朝" w:hAnsi="游明朝" w:hint="eastAsia"/>
                <w:szCs w:val="21"/>
                <w:lang w:eastAsia="ja-JP"/>
              </w:rPr>
              <w:t>使用します。</w:t>
            </w:r>
          </w:p>
        </w:tc>
      </w:tr>
      <w:tr w:rsidR="00E5703F" w:rsidRPr="00DB26BB" w14:paraId="4B4FC9CF" w14:textId="77777777" w:rsidTr="00737CB9">
        <w:trPr>
          <w:cantSplit/>
          <w:trHeight w:val="9193"/>
          <w:jc w:val="center"/>
        </w:trPr>
        <w:tc>
          <w:tcPr>
            <w:tcW w:w="10490" w:type="dxa"/>
            <w:gridSpan w:val="6"/>
          </w:tcPr>
          <w:p w14:paraId="18695757" w14:textId="77777777" w:rsidR="00606E02" w:rsidRDefault="00E5703F" w:rsidP="00AF3D1D">
            <w:pPr>
              <w:spacing w:line="230" w:lineRule="exact"/>
              <w:ind w:rightChars="126" w:right="239"/>
              <w:rPr>
                <w:rFonts w:ascii="游明朝" w:eastAsia="游明朝" w:hAnsi="游明朝"/>
                <w:b/>
                <w:color w:val="FFFFFF"/>
                <w:szCs w:val="21"/>
                <w:lang w:eastAsia="ja-JP"/>
              </w:rPr>
            </w:pPr>
            <w:r w:rsidRPr="00584666">
              <w:rPr>
                <w:rFonts w:ascii="游明朝" w:eastAsia="游明朝" w:hAnsi="游明朝" w:hint="eastAsia"/>
                <w:b/>
                <w:color w:val="FFFFFF"/>
                <w:szCs w:val="21"/>
                <w:lang w:eastAsia="ja-JP"/>
              </w:rPr>
              <w:lastRenderedPageBreak/>
              <w:t>反社会的勢力ではないことの</w:t>
            </w:r>
          </w:p>
          <w:p w14:paraId="613E96B9" w14:textId="2DA46FFF" w:rsidR="00E5703F" w:rsidRPr="00584666" w:rsidRDefault="00606E02" w:rsidP="00606E02">
            <w:pPr>
              <w:spacing w:line="230" w:lineRule="exact"/>
              <w:ind w:rightChars="126" w:right="239"/>
              <w:jc w:val="center"/>
              <w:rPr>
                <w:rFonts w:ascii="游明朝" w:eastAsia="游明朝" w:hAnsi="游明朝"/>
                <w:b/>
                <w:color w:val="FFFFFF"/>
                <w:szCs w:val="21"/>
                <w:lang w:eastAsia="ja-JP"/>
              </w:rPr>
            </w:pPr>
            <w:r w:rsidRPr="00606E02">
              <w:rPr>
                <w:rFonts w:ascii="游明朝" w:eastAsia="游明朝" w:hAnsi="游明朝" w:hint="eastAsia"/>
                <w:b/>
                <w:bCs/>
                <w:sz w:val="21"/>
                <w:szCs w:val="21"/>
                <w:lang w:eastAsia="ja-JP"/>
              </w:rPr>
              <w:t>反社会的勢力ではないことの表明･確約に関する同意</w:t>
            </w:r>
          </w:p>
          <w:p w14:paraId="39292F51" w14:textId="77777777" w:rsidR="00E5703F" w:rsidRPr="00584666" w:rsidRDefault="00E5703F" w:rsidP="00AF3D1D">
            <w:pPr>
              <w:ind w:left="190" w:hangingChars="100" w:hanging="190"/>
              <w:rPr>
                <w:rFonts w:ascii="游明朝" w:eastAsia="游明朝" w:hAnsi="游明朝" w:cs="MS-Mincho"/>
                <w:szCs w:val="21"/>
                <w:lang w:eastAsia="ja-JP"/>
              </w:rPr>
            </w:pPr>
            <w:r w:rsidRPr="00584666">
              <w:rPr>
                <w:rFonts w:ascii="游明朝" w:eastAsia="游明朝" w:hAnsi="游明朝" w:cs="MS-Mincho" w:hint="eastAsia"/>
                <w:szCs w:val="21"/>
                <w:lang w:eastAsia="ja-JP"/>
              </w:rPr>
              <w:t>1.私は自らが、現在、暴力団、暴力団員、暴力団員でなくなった時から５年を経過しない者、暴力団準構</w:t>
            </w:r>
            <w:r w:rsidRPr="00584666">
              <w:rPr>
                <w:rFonts w:ascii="Times New Roman" w:eastAsia="游明朝" w:hAnsi="Times New Roman" w:cs="Times New Roman"/>
                <w:szCs w:val="21"/>
                <w:lang w:eastAsia="ja-JP"/>
              </w:rPr>
              <w:t>‍</w:t>
            </w:r>
            <w:r w:rsidRPr="00584666">
              <w:rPr>
                <w:rFonts w:ascii="游明朝" w:eastAsia="游明朝" w:hAnsi="游明朝" w:cs="MS-Mincho" w:hint="eastAsia"/>
                <w:szCs w:val="21"/>
                <w:lang w:eastAsia="ja-JP"/>
              </w:rPr>
              <w:t>成</w:t>
            </w:r>
            <w:r w:rsidRPr="00584666">
              <w:rPr>
                <w:rFonts w:ascii="Times New Roman" w:eastAsia="游明朝" w:hAnsi="Times New Roman" w:cs="Times New Roman"/>
                <w:szCs w:val="21"/>
                <w:lang w:eastAsia="ja-JP"/>
              </w:rPr>
              <w:t>‍</w:t>
            </w:r>
            <w:r w:rsidRPr="00584666">
              <w:rPr>
                <w:rFonts w:ascii="游明朝" w:eastAsia="游明朝" w:hAnsi="游明朝" w:cs="MS-Mincho" w:hint="eastAsia"/>
                <w:szCs w:val="21"/>
                <w:lang w:eastAsia="ja-JP"/>
              </w:rPr>
              <w:t>員、暴力団関係企業、総会屋等、社会運動等標ぼうゴロまたは特殊知能暴力集団等、その他これらに準</w:t>
            </w:r>
            <w:r w:rsidRPr="00584666">
              <w:rPr>
                <w:rFonts w:ascii="Times New Roman" w:eastAsia="游明朝" w:hAnsi="Times New Roman" w:cs="Times New Roman"/>
                <w:szCs w:val="21"/>
                <w:lang w:eastAsia="ja-JP"/>
              </w:rPr>
              <w:t>‍</w:t>
            </w:r>
            <w:r w:rsidRPr="00584666">
              <w:rPr>
                <w:rFonts w:ascii="游明朝" w:eastAsia="游明朝" w:hAnsi="游明朝" w:cs="MS-Mincho" w:hint="eastAsia"/>
                <w:szCs w:val="21"/>
                <w:lang w:eastAsia="ja-JP"/>
              </w:rPr>
              <w:t>ずる者（以</w:t>
            </w:r>
            <w:r w:rsidRPr="00584666">
              <w:rPr>
                <w:rFonts w:ascii="Times New Roman" w:eastAsia="游明朝" w:hAnsi="Times New Roman" w:cs="Times New Roman"/>
                <w:szCs w:val="21"/>
                <w:lang w:eastAsia="ja-JP"/>
              </w:rPr>
              <w:t>‍</w:t>
            </w:r>
            <w:r w:rsidRPr="00584666">
              <w:rPr>
                <w:rFonts w:ascii="游明朝" w:eastAsia="游明朝" w:hAnsi="游明朝" w:cs="MS-Mincho" w:hint="eastAsia"/>
                <w:szCs w:val="21"/>
                <w:lang w:eastAsia="ja-JP"/>
              </w:rPr>
              <w:t>下これらを「暴力団員等」という。）に該当しないこと、および次の各号のいずれにも該当しないこ</w:t>
            </w:r>
            <w:r w:rsidRPr="00584666">
              <w:rPr>
                <w:rFonts w:ascii="Times New Roman" w:eastAsia="游明朝" w:hAnsi="Times New Roman" w:cs="Times New Roman"/>
                <w:szCs w:val="21"/>
                <w:lang w:eastAsia="ja-JP"/>
              </w:rPr>
              <w:t>‍</w:t>
            </w:r>
            <w:r w:rsidRPr="00584666">
              <w:rPr>
                <w:rFonts w:ascii="游明朝" w:eastAsia="游明朝" w:hAnsi="游明朝" w:cs="MS-Mincho" w:hint="eastAsia"/>
                <w:szCs w:val="21"/>
                <w:lang w:eastAsia="ja-JP"/>
              </w:rPr>
              <w:t>と</w:t>
            </w:r>
            <w:r w:rsidRPr="00584666">
              <w:rPr>
                <w:rFonts w:ascii="Times New Roman" w:eastAsia="游明朝" w:hAnsi="Times New Roman" w:cs="Times New Roman"/>
                <w:szCs w:val="21"/>
                <w:lang w:eastAsia="ja-JP"/>
              </w:rPr>
              <w:t>‍</w:t>
            </w:r>
            <w:r w:rsidRPr="00584666">
              <w:rPr>
                <w:rFonts w:ascii="游明朝" w:eastAsia="游明朝" w:hAnsi="游明朝" w:cs="MS-Mincho" w:hint="eastAsia"/>
                <w:szCs w:val="21"/>
                <w:lang w:eastAsia="ja-JP"/>
              </w:rPr>
              <w:t>を表明し、かつ将来にわたっても該当しないことを確約します。</w:t>
            </w:r>
          </w:p>
          <w:p w14:paraId="7C0916C8" w14:textId="77777777" w:rsidR="00E5703F" w:rsidRPr="00584666" w:rsidRDefault="00E5703F" w:rsidP="00AF3D1D">
            <w:pPr>
              <w:ind w:leftChars="100" w:left="380" w:hangingChars="100" w:hanging="190"/>
              <w:rPr>
                <w:rFonts w:ascii="游明朝" w:eastAsia="游明朝" w:hAnsi="游明朝" w:cs="MS-Mincho"/>
                <w:szCs w:val="21"/>
                <w:lang w:eastAsia="ja-JP"/>
              </w:rPr>
            </w:pPr>
            <w:r w:rsidRPr="00584666">
              <w:rPr>
                <w:rFonts w:ascii="游明朝" w:eastAsia="游明朝" w:hAnsi="游明朝" w:cs="MS-Mincho"/>
                <w:szCs w:val="21"/>
                <w:lang w:eastAsia="ja-JP"/>
              </w:rPr>
              <w:t>①暴力団員等が経営を支配していると認められる関係を有すること</w:t>
            </w:r>
          </w:p>
          <w:p w14:paraId="03BBE721" w14:textId="77777777" w:rsidR="00E5703F" w:rsidRPr="00584666" w:rsidRDefault="00E5703F" w:rsidP="00AF3D1D">
            <w:pPr>
              <w:ind w:leftChars="100" w:left="380" w:hangingChars="100" w:hanging="190"/>
              <w:rPr>
                <w:rFonts w:ascii="游明朝" w:eastAsia="游明朝" w:hAnsi="游明朝" w:cs="MS-Mincho"/>
                <w:szCs w:val="21"/>
                <w:lang w:eastAsia="ja-JP"/>
              </w:rPr>
            </w:pPr>
            <w:r w:rsidRPr="00584666">
              <w:rPr>
                <w:rFonts w:ascii="游明朝" w:eastAsia="游明朝" w:hAnsi="游明朝" w:cs="MS-Mincho"/>
                <w:szCs w:val="21"/>
                <w:lang w:eastAsia="ja-JP"/>
              </w:rPr>
              <w:t>②暴力団員等が経営に実質的に関与していると認められる関係を有すること</w:t>
            </w:r>
          </w:p>
          <w:p w14:paraId="5A9E82D3" w14:textId="77777777" w:rsidR="00E5703F" w:rsidRPr="00584666" w:rsidRDefault="00E5703F" w:rsidP="00AF3D1D">
            <w:pPr>
              <w:ind w:leftChars="100" w:left="380" w:hangingChars="100" w:hanging="190"/>
              <w:rPr>
                <w:rFonts w:ascii="游明朝" w:eastAsia="游明朝" w:hAnsi="游明朝" w:cs="MS-Mincho"/>
                <w:szCs w:val="21"/>
                <w:lang w:eastAsia="ja-JP"/>
              </w:rPr>
            </w:pPr>
            <w:r w:rsidRPr="00584666">
              <w:rPr>
                <w:rFonts w:ascii="游明朝" w:eastAsia="游明朝" w:hAnsi="游明朝" w:cs="MS-Mincho"/>
                <w:szCs w:val="21"/>
                <w:lang w:eastAsia="ja-JP"/>
              </w:rPr>
              <w:t>③自己、自社もしくは第三者の不正の利益を図る目的または第三者に損害を加える目的をもってする</w:t>
            </w:r>
            <w:r w:rsidRPr="00584666">
              <w:rPr>
                <w:rFonts w:ascii="游明朝" w:eastAsia="游明朝" w:hAnsi="游明朝" w:cs="MS-Mincho" w:hint="eastAsia"/>
                <w:szCs w:val="21"/>
                <w:lang w:eastAsia="ja-JP"/>
              </w:rPr>
              <w:t>な</w:t>
            </w:r>
            <w:r w:rsidRPr="00584666">
              <w:rPr>
                <w:rFonts w:ascii="游明朝" w:eastAsia="游明朝" w:hAnsi="游明朝" w:cs="MS-Mincho"/>
                <w:szCs w:val="21"/>
                <w:lang w:eastAsia="ja-JP"/>
              </w:rPr>
              <w:t>ど、不当に暴力団員等を利用していると認められる関係を有すること</w:t>
            </w:r>
          </w:p>
          <w:p w14:paraId="0E0DCE71" w14:textId="77777777" w:rsidR="00E5703F" w:rsidRPr="00584666" w:rsidRDefault="00E5703F" w:rsidP="00AF3D1D">
            <w:pPr>
              <w:ind w:leftChars="100" w:left="380" w:hangingChars="100" w:hanging="190"/>
              <w:rPr>
                <w:rFonts w:ascii="游明朝" w:eastAsia="游明朝" w:hAnsi="游明朝" w:cs="MS-Mincho"/>
                <w:szCs w:val="21"/>
                <w:lang w:eastAsia="ja-JP"/>
              </w:rPr>
            </w:pPr>
            <w:r w:rsidRPr="00584666">
              <w:rPr>
                <w:rFonts w:ascii="游明朝" w:eastAsia="游明朝" w:hAnsi="游明朝" w:cs="MS-Mincho"/>
                <w:szCs w:val="21"/>
                <w:lang w:eastAsia="ja-JP"/>
              </w:rPr>
              <w:t>④暴力団員等に対して便宜を供与するなどの関与をしていると認められる関係を有すること</w:t>
            </w:r>
          </w:p>
          <w:p w14:paraId="42B58D35" w14:textId="77777777" w:rsidR="00E5703F" w:rsidRPr="00584666" w:rsidRDefault="00E5703F" w:rsidP="00AF3D1D">
            <w:pPr>
              <w:ind w:leftChars="100" w:left="380" w:hangingChars="100" w:hanging="190"/>
              <w:rPr>
                <w:rFonts w:ascii="游明朝" w:eastAsia="游明朝" w:hAnsi="游明朝" w:cs="MS-Mincho"/>
                <w:szCs w:val="21"/>
                <w:lang w:eastAsia="ja-JP"/>
              </w:rPr>
            </w:pPr>
            <w:r w:rsidRPr="00584666">
              <w:rPr>
                <w:rFonts w:ascii="游明朝" w:eastAsia="游明朝" w:hAnsi="游明朝" w:cs="MS-Mincho"/>
                <w:szCs w:val="21"/>
                <w:lang w:eastAsia="ja-JP"/>
              </w:rPr>
              <w:t>⑤役員または経営に実質的に関与している者が暴力団員等と社会的に非難されるべき関係を有すること</w:t>
            </w:r>
          </w:p>
          <w:p w14:paraId="49F70105" w14:textId="77777777" w:rsidR="00E5703F" w:rsidRPr="00584666" w:rsidRDefault="00E5703F" w:rsidP="00AF3D1D">
            <w:pPr>
              <w:rPr>
                <w:rFonts w:ascii="游明朝" w:eastAsia="游明朝" w:hAnsi="游明朝" w:cs="MS-Mincho"/>
                <w:szCs w:val="21"/>
                <w:lang w:eastAsia="ja-JP"/>
              </w:rPr>
            </w:pPr>
            <w:r w:rsidRPr="00584666">
              <w:rPr>
                <w:rFonts w:ascii="游明朝" w:eastAsia="游明朝" w:hAnsi="游明朝" w:cs="MS-Mincho" w:hint="eastAsia"/>
                <w:szCs w:val="21"/>
                <w:lang w:eastAsia="ja-JP"/>
              </w:rPr>
              <w:t>2.私は、自らまたは第三者を利用して次の各号に該当する行為を行わないことを確約します。</w:t>
            </w:r>
          </w:p>
          <w:p w14:paraId="23EF03B2" w14:textId="77777777" w:rsidR="00E5703F" w:rsidRPr="00584666" w:rsidRDefault="00E5703F" w:rsidP="00AF3D1D">
            <w:pPr>
              <w:ind w:leftChars="100" w:left="190"/>
              <w:rPr>
                <w:rFonts w:ascii="游明朝" w:eastAsia="游明朝" w:hAnsi="游明朝" w:cs="MS-Mincho"/>
                <w:szCs w:val="21"/>
                <w:lang w:eastAsia="ja-JP"/>
              </w:rPr>
            </w:pPr>
            <w:r w:rsidRPr="00584666">
              <w:rPr>
                <w:rFonts w:ascii="游明朝" w:eastAsia="游明朝" w:hAnsi="游明朝" w:cs="MS-Mincho"/>
                <w:szCs w:val="21"/>
                <w:lang w:eastAsia="ja-JP"/>
              </w:rPr>
              <w:t>①暴力的な要求行為</w:t>
            </w:r>
          </w:p>
          <w:p w14:paraId="236D8634" w14:textId="77777777" w:rsidR="00E5703F" w:rsidRPr="00584666" w:rsidRDefault="00E5703F" w:rsidP="00AF3D1D">
            <w:pPr>
              <w:ind w:leftChars="100" w:left="190"/>
              <w:rPr>
                <w:rFonts w:ascii="游明朝" w:eastAsia="游明朝" w:hAnsi="游明朝" w:cs="MS-Mincho"/>
                <w:szCs w:val="21"/>
                <w:lang w:eastAsia="ja-JP"/>
              </w:rPr>
            </w:pPr>
            <w:r w:rsidRPr="00584666">
              <w:rPr>
                <w:rFonts w:ascii="游明朝" w:eastAsia="游明朝" w:hAnsi="游明朝" w:cs="MS-Mincho"/>
                <w:szCs w:val="21"/>
                <w:lang w:eastAsia="ja-JP"/>
              </w:rPr>
              <w:t>②法的な責任を超えた不当な要求行為</w:t>
            </w:r>
          </w:p>
          <w:p w14:paraId="3BC237C2" w14:textId="51AE5FF2" w:rsidR="00E5703F" w:rsidRPr="00584666" w:rsidRDefault="00E5703F" w:rsidP="00AF3D1D">
            <w:pPr>
              <w:ind w:leftChars="100" w:left="190"/>
              <w:rPr>
                <w:rFonts w:ascii="游明朝" w:eastAsia="游明朝" w:hAnsi="游明朝" w:cs="MS-Mincho"/>
                <w:szCs w:val="21"/>
                <w:lang w:eastAsia="ja-JP"/>
              </w:rPr>
            </w:pPr>
            <w:r w:rsidRPr="00584666">
              <w:rPr>
                <w:rFonts w:ascii="游明朝" w:eastAsia="游明朝" w:hAnsi="游明朝" w:cs="MS-Mincho"/>
                <w:szCs w:val="21"/>
                <w:lang w:eastAsia="ja-JP"/>
              </w:rPr>
              <w:t>③助成金を受け取ることに関して、脅迫的な言動をし、または暴力を用いる行為</w:t>
            </w:r>
          </w:p>
          <w:p w14:paraId="24E1D02A" w14:textId="77777777" w:rsidR="00E5703F" w:rsidRPr="00584666" w:rsidRDefault="00E5703F" w:rsidP="00AF3D1D">
            <w:pPr>
              <w:ind w:leftChars="100" w:left="380" w:hangingChars="100" w:hanging="190"/>
              <w:rPr>
                <w:rFonts w:ascii="游明朝" w:eastAsia="游明朝" w:hAnsi="游明朝" w:cs="MS-Mincho"/>
                <w:szCs w:val="21"/>
                <w:lang w:eastAsia="ja-JP"/>
              </w:rPr>
            </w:pPr>
            <w:r w:rsidRPr="00584666">
              <w:rPr>
                <w:rFonts w:ascii="游明朝" w:eastAsia="游明朝" w:hAnsi="游明朝" w:cs="MS-Mincho"/>
                <w:szCs w:val="21"/>
                <w:lang w:eastAsia="ja-JP"/>
              </w:rPr>
              <w:t>④風説を流布し、偽計を用いまたは威力を用いて貴社・貴公益信託の信用を毀損し、または貴社・貴公益信</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託の業務を妨害する行為</w:t>
            </w:r>
          </w:p>
          <w:p w14:paraId="05FBA810" w14:textId="77777777" w:rsidR="00E5703F" w:rsidRPr="00584666" w:rsidRDefault="00E5703F" w:rsidP="00AF3D1D">
            <w:pPr>
              <w:ind w:leftChars="100" w:left="190"/>
              <w:rPr>
                <w:rFonts w:ascii="游明朝" w:eastAsia="游明朝" w:hAnsi="游明朝" w:cs="MS-Mincho"/>
                <w:szCs w:val="21"/>
                <w:lang w:eastAsia="ja-JP"/>
              </w:rPr>
            </w:pPr>
            <w:r w:rsidRPr="00584666">
              <w:rPr>
                <w:rFonts w:ascii="游明朝" w:eastAsia="游明朝" w:hAnsi="游明朝" w:cs="MS-Mincho"/>
                <w:szCs w:val="21"/>
                <w:lang w:eastAsia="ja-JP"/>
              </w:rPr>
              <w:t>⑤その他前各号に準ずる行為</w:t>
            </w:r>
          </w:p>
          <w:p w14:paraId="03F43988" w14:textId="1461DC45" w:rsidR="00E5703F" w:rsidRPr="00DB26BB" w:rsidRDefault="00E5703F" w:rsidP="00737CB9">
            <w:pPr>
              <w:ind w:left="190" w:hangingChars="100" w:hanging="190"/>
              <w:rPr>
                <w:rFonts w:ascii="游明朝" w:eastAsia="游明朝" w:hAnsi="游明朝"/>
                <w:szCs w:val="21"/>
                <w:lang w:eastAsia="ja-JP"/>
              </w:rPr>
            </w:pPr>
            <w:r w:rsidRPr="00584666">
              <w:rPr>
                <w:rFonts w:ascii="游明朝" w:eastAsia="游明朝" w:hAnsi="游明朝" w:cs="MS-Mincho" w:hint="eastAsia"/>
                <w:szCs w:val="21"/>
                <w:lang w:eastAsia="ja-JP"/>
              </w:rPr>
              <w:t>3.</w:t>
            </w:r>
            <w:r w:rsidRPr="00584666">
              <w:rPr>
                <w:rFonts w:ascii="游明朝" w:eastAsia="游明朝" w:hAnsi="游明朝" w:cs="MS-Mincho"/>
                <w:szCs w:val="21"/>
                <w:lang w:eastAsia="ja-JP"/>
              </w:rPr>
              <w:t>私は、暴力団員等もしくは第１項①～⑤のいずれかに該当し、もしくは第２項①～⑤のいずれかに該当する行為をし、または第１項の規定にもとづく表明・確約に関して虚偽の申告をしたことが判</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明</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し、奨</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学</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金・助</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成</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金を継続して受け取ることが不適切である場合には、奨学金・助成金の交付が否認又は停止されても異</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議を申し立てず、既に貴公益信託から受給した奨学金・助成金の全額を直ちに返還いたします。なお、こ</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れ</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に伴い費用が発生し、もしくは損害が生じた場合であっても、他の規定にかかわらず貴社・貴</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公</w:t>
            </w:r>
            <w:r w:rsidRPr="00584666">
              <w:rPr>
                <w:rFonts w:ascii="Times New Roman" w:eastAsia="游明朝" w:hAnsi="Times New Roman" w:cs="Times New Roman"/>
                <w:szCs w:val="21"/>
                <w:lang w:eastAsia="ja-JP"/>
              </w:rPr>
              <w:t>‍</w:t>
            </w:r>
            <w:r w:rsidRPr="00584666">
              <w:rPr>
                <w:rFonts w:ascii="游明朝" w:eastAsia="游明朝" w:hAnsi="游明朝" w:cs="MS-Mincho"/>
                <w:szCs w:val="21"/>
                <w:lang w:eastAsia="ja-JP"/>
              </w:rPr>
              <w:t>益信託に対し当該費用及び損害の請求を行わないものとします。</w:t>
            </w:r>
          </w:p>
        </w:tc>
      </w:tr>
    </w:tbl>
    <w:p w14:paraId="4EFDD4E7" w14:textId="77777777" w:rsidR="00E5703F" w:rsidRPr="00DB26BB" w:rsidRDefault="00E5703F" w:rsidP="00B9104E">
      <w:pPr>
        <w:spacing w:line="220" w:lineRule="exact"/>
        <w:rPr>
          <w:rFonts w:ascii="游明朝" w:eastAsia="游明朝" w:hAnsi="游明朝"/>
          <w:sz w:val="24"/>
          <w:u w:val="single"/>
          <w:lang w:eastAsia="ja-JP"/>
        </w:rPr>
      </w:pPr>
    </w:p>
    <w:sectPr w:rsidR="00E5703F" w:rsidRPr="00DB26BB" w:rsidSect="00034616">
      <w:footerReference w:type="default" r:id="rId8"/>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181B2" w14:textId="77777777" w:rsidR="00B53235" w:rsidRDefault="00B53235">
      <w:pPr>
        <w:spacing w:after="0" w:line="240" w:lineRule="auto"/>
      </w:pPr>
      <w:r>
        <w:separator/>
      </w:r>
    </w:p>
  </w:endnote>
  <w:endnote w:type="continuationSeparator" w:id="0">
    <w:p w14:paraId="215FC37D" w14:textId="77777777" w:rsidR="00B53235" w:rsidRDefault="00B53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MS-Mincho">
    <w:altName w:val="Arial Unicode MS"/>
    <w:panose1 w:val="00000000000000000000"/>
    <w:charset w:val="86"/>
    <w:family w:val="auto"/>
    <w:notTrueType/>
    <w:pitch w:val="default"/>
    <w:sig w:usb0="00000001" w:usb1="080F0000" w:usb2="00000010" w:usb3="00000000" w:csb0="0006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7310" w14:textId="77777777" w:rsidR="00830924" w:rsidRDefault="00000000">
    <w:pPr>
      <w:pStyle w:val="a7"/>
      <w:jc w:val="center"/>
    </w:pPr>
    <w:r>
      <w:fldChar w:fldCharType="begin"/>
    </w:r>
    <w:r>
      <w:instrText>PAGE</w:instrText>
    </w:r>
    <w:r>
      <w:fldChar w:fldCharType="separate"/>
    </w:r>
    <w:r w:rsidR="00932EF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A73AD" w14:textId="77777777" w:rsidR="00B53235" w:rsidRDefault="00B53235">
      <w:pPr>
        <w:spacing w:after="0" w:line="240" w:lineRule="auto"/>
      </w:pPr>
      <w:r>
        <w:separator/>
      </w:r>
    </w:p>
  </w:footnote>
  <w:footnote w:type="continuationSeparator" w:id="0">
    <w:p w14:paraId="0A699525" w14:textId="77777777" w:rsidR="00B53235" w:rsidRDefault="00B532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39878586">
    <w:abstractNumId w:val="8"/>
  </w:num>
  <w:num w:numId="2" w16cid:durableId="1024019460">
    <w:abstractNumId w:val="6"/>
  </w:num>
  <w:num w:numId="3" w16cid:durableId="503283111">
    <w:abstractNumId w:val="5"/>
  </w:num>
  <w:num w:numId="4" w16cid:durableId="1667516701">
    <w:abstractNumId w:val="4"/>
  </w:num>
  <w:num w:numId="5" w16cid:durableId="824248702">
    <w:abstractNumId w:val="7"/>
  </w:num>
  <w:num w:numId="6" w16cid:durableId="1504784145">
    <w:abstractNumId w:val="3"/>
  </w:num>
  <w:num w:numId="7" w16cid:durableId="1895844809">
    <w:abstractNumId w:val="2"/>
  </w:num>
  <w:num w:numId="8" w16cid:durableId="2027125110">
    <w:abstractNumId w:val="1"/>
  </w:num>
  <w:num w:numId="9" w16cid:durableId="1434016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A48"/>
    <w:rsid w:val="00034616"/>
    <w:rsid w:val="00047220"/>
    <w:rsid w:val="0006063C"/>
    <w:rsid w:val="00062797"/>
    <w:rsid w:val="00065448"/>
    <w:rsid w:val="000D5D6C"/>
    <w:rsid w:val="000F0342"/>
    <w:rsid w:val="0015074B"/>
    <w:rsid w:val="00173A52"/>
    <w:rsid w:val="001C7758"/>
    <w:rsid w:val="00211024"/>
    <w:rsid w:val="00216FEB"/>
    <w:rsid w:val="0026464B"/>
    <w:rsid w:val="00284240"/>
    <w:rsid w:val="0029639D"/>
    <w:rsid w:val="002B7436"/>
    <w:rsid w:val="002C0005"/>
    <w:rsid w:val="00326F90"/>
    <w:rsid w:val="00356DFB"/>
    <w:rsid w:val="00357813"/>
    <w:rsid w:val="00382B48"/>
    <w:rsid w:val="003F381E"/>
    <w:rsid w:val="003F6698"/>
    <w:rsid w:val="004324A8"/>
    <w:rsid w:val="00482AD1"/>
    <w:rsid w:val="004D61B9"/>
    <w:rsid w:val="004F109B"/>
    <w:rsid w:val="00541725"/>
    <w:rsid w:val="00580FD1"/>
    <w:rsid w:val="00584666"/>
    <w:rsid w:val="005C35CD"/>
    <w:rsid w:val="00606E02"/>
    <w:rsid w:val="00645A34"/>
    <w:rsid w:val="00657DB7"/>
    <w:rsid w:val="00692DB4"/>
    <w:rsid w:val="006B4D53"/>
    <w:rsid w:val="006C71B0"/>
    <w:rsid w:val="006C7912"/>
    <w:rsid w:val="006F1771"/>
    <w:rsid w:val="00700696"/>
    <w:rsid w:val="00703E23"/>
    <w:rsid w:val="00722C02"/>
    <w:rsid w:val="00737CB9"/>
    <w:rsid w:val="00830924"/>
    <w:rsid w:val="008B7A07"/>
    <w:rsid w:val="008D3342"/>
    <w:rsid w:val="008E033F"/>
    <w:rsid w:val="00932EF4"/>
    <w:rsid w:val="00933049"/>
    <w:rsid w:val="0094525E"/>
    <w:rsid w:val="009C4939"/>
    <w:rsid w:val="00A23341"/>
    <w:rsid w:val="00A70799"/>
    <w:rsid w:val="00AA1D8D"/>
    <w:rsid w:val="00AB1C18"/>
    <w:rsid w:val="00AB24EB"/>
    <w:rsid w:val="00AC0029"/>
    <w:rsid w:val="00AC7B4D"/>
    <w:rsid w:val="00AF25A5"/>
    <w:rsid w:val="00AF4FA9"/>
    <w:rsid w:val="00B00F05"/>
    <w:rsid w:val="00B47730"/>
    <w:rsid w:val="00B53235"/>
    <w:rsid w:val="00B9104E"/>
    <w:rsid w:val="00BB4EF7"/>
    <w:rsid w:val="00C25771"/>
    <w:rsid w:val="00C4502A"/>
    <w:rsid w:val="00CB0664"/>
    <w:rsid w:val="00CB5A3D"/>
    <w:rsid w:val="00CD19CC"/>
    <w:rsid w:val="00CD3EDC"/>
    <w:rsid w:val="00CE7C1A"/>
    <w:rsid w:val="00D16206"/>
    <w:rsid w:val="00D3128D"/>
    <w:rsid w:val="00D3640D"/>
    <w:rsid w:val="00D45023"/>
    <w:rsid w:val="00DB0FB4"/>
    <w:rsid w:val="00DB26BB"/>
    <w:rsid w:val="00DD3130"/>
    <w:rsid w:val="00DE0994"/>
    <w:rsid w:val="00E5703F"/>
    <w:rsid w:val="00E73EEB"/>
    <w:rsid w:val="00EB59BA"/>
    <w:rsid w:val="00F61CE4"/>
    <w:rsid w:val="00FC693F"/>
    <w:rsid w:val="00FE0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D124B2B"/>
  <w14:defaultImageDpi w14:val="300"/>
  <w15:docId w15:val="{8ED317C2-648A-4070-ADBD-A3D2DC38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Noto Sans CJK JP" w:eastAsia="Noto Sans CJK JP" w:hAnsi="Noto Sans CJK JP"/>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Revision"/>
    <w:hidden/>
    <w:uiPriority w:val="99"/>
    <w:semiHidden/>
    <w:rsid w:val="00BB4EF7"/>
    <w:pPr>
      <w:spacing w:after="0" w:line="240" w:lineRule="auto"/>
    </w:pPr>
    <w:rPr>
      <w:rFonts w:ascii="Noto Sans CJK JP" w:eastAsia="Noto Sans CJK JP" w:hAnsi="Noto Sans CJK JP"/>
      <w:sz w:val="19"/>
    </w:rPr>
  </w:style>
  <w:style w:type="character" w:styleId="aff0">
    <w:name w:val="annotation reference"/>
    <w:basedOn w:val="a2"/>
    <w:uiPriority w:val="99"/>
    <w:semiHidden/>
    <w:unhideWhenUsed/>
    <w:rsid w:val="00BB4EF7"/>
    <w:rPr>
      <w:sz w:val="18"/>
      <w:szCs w:val="18"/>
    </w:rPr>
  </w:style>
  <w:style w:type="paragraph" w:styleId="aff1">
    <w:name w:val="annotation text"/>
    <w:basedOn w:val="a1"/>
    <w:link w:val="aff2"/>
    <w:uiPriority w:val="99"/>
    <w:semiHidden/>
    <w:unhideWhenUsed/>
    <w:rsid w:val="00BB4EF7"/>
  </w:style>
  <w:style w:type="character" w:customStyle="1" w:styleId="aff2">
    <w:name w:val="コメント文字列 (文字)"/>
    <w:basedOn w:val="a2"/>
    <w:link w:val="aff1"/>
    <w:uiPriority w:val="99"/>
    <w:semiHidden/>
    <w:rsid w:val="00BB4EF7"/>
    <w:rPr>
      <w:rFonts w:ascii="Noto Sans CJK JP" w:eastAsia="Noto Sans CJK JP" w:hAnsi="Noto Sans CJK JP"/>
      <w:sz w:val="19"/>
    </w:rPr>
  </w:style>
  <w:style w:type="paragraph" w:styleId="aff3">
    <w:name w:val="annotation subject"/>
    <w:basedOn w:val="aff1"/>
    <w:next w:val="aff1"/>
    <w:link w:val="aff4"/>
    <w:uiPriority w:val="99"/>
    <w:semiHidden/>
    <w:unhideWhenUsed/>
    <w:rsid w:val="00BB4EF7"/>
    <w:rPr>
      <w:b/>
      <w:bCs/>
    </w:rPr>
  </w:style>
  <w:style w:type="character" w:customStyle="1" w:styleId="aff4">
    <w:name w:val="コメント内容 (文字)"/>
    <w:basedOn w:val="aff2"/>
    <w:link w:val="aff3"/>
    <w:uiPriority w:val="99"/>
    <w:semiHidden/>
    <w:rsid w:val="00BB4EF7"/>
    <w:rPr>
      <w:rFonts w:ascii="Noto Sans CJK JP" w:eastAsia="Noto Sans CJK JP" w:hAnsi="Noto Sans CJK JP"/>
      <w:b/>
      <w:bC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2034</Words>
  <Characters>2055</Characters>
  <Application>Microsoft Office Word</Application>
  <DocSecurity>0</DocSecurity>
  <Lines>205</Lines>
  <Paragraphs>170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KIMIHIKO MIZUTANI</cp:lastModifiedBy>
  <cp:revision>2</cp:revision>
  <dcterms:created xsi:type="dcterms:W3CDTF">2026-10-01T03:42:00Z</dcterms:created>
  <dcterms:modified xsi:type="dcterms:W3CDTF">2026-10-01T03:42:00Z</dcterms:modified>
  <cp:category/>
</cp:coreProperties>
</file>